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header8.xml" ContentType="application/vnd.openxmlformats-officedocument.wordprocessingml.header+xml"/>
  <Override PartName="/word/footer4.xml" ContentType="application/vnd.openxmlformats-officedocument.wordprocessingml.foot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04852" w14:textId="77777777" w:rsidR="00EF32A0" w:rsidRDefault="00EF32A0" w:rsidP="001C0F0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cs-CZ"/>
        </w:rPr>
      </w:pPr>
    </w:p>
    <w:p w14:paraId="1EC164F3" w14:textId="77777777" w:rsidR="00EF32A0" w:rsidRDefault="00EF32A0" w:rsidP="001C0F0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cs-CZ"/>
        </w:rPr>
      </w:pPr>
    </w:p>
    <w:p w14:paraId="516A8EB8" w14:textId="77777777" w:rsidR="00EF32A0" w:rsidRDefault="00EF32A0" w:rsidP="001C0F0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cs-CZ"/>
        </w:rPr>
      </w:pPr>
    </w:p>
    <w:p w14:paraId="0646183F" w14:textId="77777777" w:rsidR="00EF32A0" w:rsidRDefault="00EF32A0" w:rsidP="001C0F0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cs-CZ"/>
        </w:rPr>
      </w:pPr>
    </w:p>
    <w:p w14:paraId="4DFFC752" w14:textId="77777777" w:rsidR="00EF32A0" w:rsidRDefault="00EF32A0" w:rsidP="001C0F0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cs-CZ"/>
        </w:rPr>
      </w:pPr>
    </w:p>
    <w:p w14:paraId="3DEE88DD" w14:textId="77777777" w:rsidR="00EF32A0" w:rsidRDefault="00EF32A0" w:rsidP="001C0F0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cs-CZ"/>
        </w:rPr>
      </w:pPr>
    </w:p>
    <w:p w14:paraId="0039FDD2" w14:textId="77777777" w:rsidR="00EF32A0" w:rsidRDefault="00EF32A0" w:rsidP="001C0F0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cs-CZ"/>
        </w:rPr>
      </w:pPr>
    </w:p>
    <w:p w14:paraId="458FF269" w14:textId="77777777" w:rsidR="00EF32A0" w:rsidRDefault="00EF32A0" w:rsidP="001C0F0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cs-CZ"/>
        </w:rPr>
      </w:pPr>
    </w:p>
    <w:p w14:paraId="16B86CF7" w14:textId="4BCAFE70" w:rsidR="00EF32A0" w:rsidRPr="00E0456B" w:rsidRDefault="00717301" w:rsidP="001C0F0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  <w:lang w:val="cs-CZ"/>
        </w:rPr>
      </w:pPr>
      <w:r w:rsidRPr="00E0456B">
        <w:rPr>
          <w:rFonts w:ascii="Times New Roman" w:hAnsi="Times New Roman" w:cs="Times New Roman"/>
          <w:b/>
          <w:bCs/>
          <w:sz w:val="52"/>
          <w:szCs w:val="52"/>
          <w:lang w:val="cs-CZ"/>
        </w:rPr>
        <w:t>POKYNY PRO ZPRACOVÁNÍ MATURITNÍ PRÁCE</w:t>
      </w:r>
    </w:p>
    <w:p w14:paraId="1A73CBCF" w14:textId="77777777" w:rsidR="00EF32A0" w:rsidRDefault="00EF32A0">
      <w:pPr>
        <w:rPr>
          <w:rFonts w:ascii="Times New Roman" w:hAnsi="Times New Roman" w:cs="Times New Roman"/>
          <w:b/>
          <w:bCs/>
          <w:sz w:val="36"/>
          <w:szCs w:val="36"/>
          <w:lang w:val="cs-CZ"/>
        </w:rPr>
      </w:pPr>
      <w:r>
        <w:rPr>
          <w:rFonts w:ascii="Times New Roman" w:hAnsi="Times New Roman" w:cs="Times New Roman"/>
          <w:b/>
          <w:bCs/>
          <w:sz w:val="36"/>
          <w:szCs w:val="36"/>
          <w:lang w:val="cs-CZ"/>
        </w:rPr>
        <w:br w:type="page"/>
      </w:r>
    </w:p>
    <w:p w14:paraId="4F9BC5B4" w14:textId="1C9FD69F" w:rsidR="00717301" w:rsidRDefault="00717301" w:rsidP="00263B3F">
      <w:pPr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  <w:lang w:val="cs-CZ"/>
        </w:rPr>
      </w:pPr>
      <w:r w:rsidRPr="004F430B">
        <w:rPr>
          <w:rFonts w:ascii="Times New Roman" w:hAnsi="Times New Roman" w:cs="Times New Roman"/>
          <w:b/>
          <w:bCs/>
          <w:sz w:val="32"/>
          <w:szCs w:val="32"/>
          <w:lang w:val="cs-CZ"/>
        </w:rPr>
        <w:lastRenderedPageBreak/>
        <w:t>OBSAH</w:t>
      </w:r>
    </w:p>
    <w:sdt>
      <w:sdtPr>
        <w:rPr>
          <w:lang w:val="cs-CZ"/>
        </w:rPr>
        <w:id w:val="1631976365"/>
        <w:docPartObj>
          <w:docPartGallery w:val="Table of Contents"/>
          <w:docPartUnique/>
        </w:docPartObj>
      </w:sdtPr>
      <w:sdtEndPr>
        <w:rPr>
          <w:b/>
          <w:bCs/>
          <w:lang w:val="en-US"/>
        </w:rPr>
      </w:sdtEndPr>
      <w:sdtContent>
        <w:p w14:paraId="5CB64BAE" w14:textId="39C97521" w:rsidR="00926B38" w:rsidRPr="00926B38" w:rsidRDefault="00FC3AAE">
          <w:pPr>
            <w:pStyle w:val="Obsah1"/>
            <w:tabs>
              <w:tab w:val="left" w:pos="480"/>
              <w:tab w:val="right" w:leader="dot" w:pos="8493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val="cs-CZ" w:eastAsia="cs-CZ"/>
              <w14:ligatures w14:val="standardContextual"/>
            </w:rPr>
          </w:pPr>
          <w:r w:rsidRPr="00965D6A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965D6A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965D6A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239631129" w:history="1">
            <w:r w:rsidR="00926B38" w:rsidRPr="00926B38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  <w:lang w:val="cs-CZ"/>
              </w:rPr>
              <w:t>1</w:t>
            </w:r>
            <w:r w:rsidR="00926B38" w:rsidRPr="00926B38">
              <w:rPr>
                <w:rFonts w:ascii="Times New Roman" w:hAnsi="Times New Roman" w:cs="Times New Roman"/>
                <w:noProof/>
                <w:kern w:val="2"/>
                <w:sz w:val="28"/>
                <w:szCs w:val="28"/>
                <w:lang w:val="cs-CZ" w:eastAsia="cs-CZ"/>
                <w14:ligatures w14:val="standardContextual"/>
              </w:rPr>
              <w:tab/>
            </w:r>
            <w:r w:rsidR="00926B38" w:rsidRPr="00926B38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  <w:lang w:val="cs-CZ"/>
              </w:rPr>
              <w:t>PŘED PSANÍM MATURITNÍ PRÁCE</w:t>
            </w:r>
            <w:r w:rsidR="00926B38"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26B38"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926B38"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_Toc239631129 \h </w:instrText>
            </w:r>
            <w:r w:rsidR="00926B38"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26B38"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0174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926B38"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8822B99" w14:textId="4E707A7D" w:rsidR="00926B38" w:rsidRPr="00926B38" w:rsidRDefault="00926B38">
          <w:pPr>
            <w:pStyle w:val="Obsah1"/>
            <w:tabs>
              <w:tab w:val="left" w:pos="480"/>
              <w:tab w:val="right" w:leader="dot" w:pos="8493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val="cs-CZ" w:eastAsia="cs-CZ"/>
              <w14:ligatures w14:val="standardContextual"/>
            </w:rPr>
          </w:pPr>
          <w:hyperlink w:anchor="_Toc239631130" w:history="1">
            <w:r w:rsidRPr="00926B38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  <w:lang w:val="cs-CZ"/>
              </w:rPr>
              <w:t>2</w:t>
            </w:r>
            <w:r w:rsidRPr="00926B38">
              <w:rPr>
                <w:rFonts w:ascii="Times New Roman" w:hAnsi="Times New Roman" w:cs="Times New Roman"/>
                <w:noProof/>
                <w:kern w:val="2"/>
                <w:sz w:val="28"/>
                <w:szCs w:val="28"/>
                <w:lang w:val="cs-CZ" w:eastAsia="cs-CZ"/>
                <w14:ligatures w14:val="standardContextual"/>
              </w:rPr>
              <w:tab/>
            </w:r>
            <w:r w:rsidRPr="00926B38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  <w:lang w:val="cs-CZ"/>
              </w:rPr>
              <w:t>STRUKTURA PRÁCE</w:t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_Toc239631130 \h </w:instrText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0174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4CF812C" w14:textId="4C0C740D" w:rsidR="00926B38" w:rsidRPr="00926B38" w:rsidRDefault="00926B38">
          <w:pPr>
            <w:pStyle w:val="Obsah1"/>
            <w:tabs>
              <w:tab w:val="left" w:pos="480"/>
              <w:tab w:val="right" w:leader="dot" w:pos="8493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val="cs-CZ" w:eastAsia="cs-CZ"/>
              <w14:ligatures w14:val="standardContextual"/>
            </w:rPr>
          </w:pPr>
          <w:hyperlink w:anchor="_Toc239631131" w:history="1">
            <w:r w:rsidRPr="00926B38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  <w:lang w:val="cs-CZ"/>
              </w:rPr>
              <w:t>3</w:t>
            </w:r>
            <w:r w:rsidRPr="00926B38">
              <w:rPr>
                <w:rFonts w:ascii="Times New Roman" w:hAnsi="Times New Roman" w:cs="Times New Roman"/>
                <w:noProof/>
                <w:kern w:val="2"/>
                <w:sz w:val="28"/>
                <w:szCs w:val="28"/>
                <w:lang w:val="cs-CZ" w:eastAsia="cs-CZ"/>
                <w14:ligatures w14:val="standardContextual"/>
              </w:rPr>
              <w:tab/>
            </w:r>
            <w:r w:rsidRPr="00926B38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  <w:lang w:val="cs-CZ"/>
              </w:rPr>
              <w:t>ČÍSLOVÁNÍ STRAN</w:t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_Toc239631131 \h </w:instrText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0174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79B40BC" w14:textId="15C26FA6" w:rsidR="00926B38" w:rsidRPr="00926B38" w:rsidRDefault="00926B38">
          <w:pPr>
            <w:pStyle w:val="Obsah1"/>
            <w:tabs>
              <w:tab w:val="left" w:pos="480"/>
              <w:tab w:val="right" w:leader="dot" w:pos="8493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val="cs-CZ" w:eastAsia="cs-CZ"/>
              <w14:ligatures w14:val="standardContextual"/>
            </w:rPr>
          </w:pPr>
          <w:hyperlink w:anchor="_Toc239631132" w:history="1">
            <w:r w:rsidRPr="00926B38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  <w:lang w:val="cs-CZ"/>
              </w:rPr>
              <w:t>4</w:t>
            </w:r>
            <w:r w:rsidRPr="00926B38">
              <w:rPr>
                <w:rFonts w:ascii="Times New Roman" w:hAnsi="Times New Roman" w:cs="Times New Roman"/>
                <w:noProof/>
                <w:kern w:val="2"/>
                <w:sz w:val="28"/>
                <w:szCs w:val="28"/>
                <w:lang w:val="cs-CZ" w:eastAsia="cs-CZ"/>
                <w14:ligatures w14:val="standardContextual"/>
              </w:rPr>
              <w:tab/>
            </w:r>
            <w:r w:rsidRPr="00926B38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  <w:lang w:val="cs-CZ"/>
              </w:rPr>
              <w:t>FORMÁLNÍ ÚPRAVA</w:t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_Toc239631132 \h </w:instrText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0174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A0F5EA4" w14:textId="0269C85A" w:rsidR="00926B38" w:rsidRPr="00926B38" w:rsidRDefault="00926B38">
          <w:pPr>
            <w:pStyle w:val="Obsah1"/>
            <w:tabs>
              <w:tab w:val="left" w:pos="480"/>
              <w:tab w:val="right" w:leader="dot" w:pos="8493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val="cs-CZ" w:eastAsia="cs-CZ"/>
              <w14:ligatures w14:val="standardContextual"/>
            </w:rPr>
          </w:pPr>
          <w:hyperlink w:anchor="_Toc239631133" w:history="1">
            <w:r w:rsidRPr="00926B38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  <w:lang w:val="cs-CZ"/>
              </w:rPr>
              <w:t>5</w:t>
            </w:r>
            <w:r w:rsidRPr="00926B38">
              <w:rPr>
                <w:rFonts w:ascii="Times New Roman" w:hAnsi="Times New Roman" w:cs="Times New Roman"/>
                <w:noProof/>
                <w:kern w:val="2"/>
                <w:sz w:val="28"/>
                <w:szCs w:val="28"/>
                <w:lang w:val="cs-CZ" w:eastAsia="cs-CZ"/>
                <w14:ligatures w14:val="standardContextual"/>
              </w:rPr>
              <w:tab/>
            </w:r>
            <w:r w:rsidRPr="00926B38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  <w:lang w:val="cs-CZ"/>
              </w:rPr>
              <w:t>ROZSAH PRÁCE</w:t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_Toc239631133 \h </w:instrText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0174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AAE743F" w14:textId="0D3338BD" w:rsidR="00926B38" w:rsidRPr="00926B38" w:rsidRDefault="00926B38">
          <w:pPr>
            <w:pStyle w:val="Obsah1"/>
            <w:tabs>
              <w:tab w:val="left" w:pos="480"/>
              <w:tab w:val="right" w:leader="dot" w:pos="8493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val="cs-CZ" w:eastAsia="cs-CZ"/>
              <w14:ligatures w14:val="standardContextual"/>
            </w:rPr>
          </w:pPr>
          <w:hyperlink w:anchor="_Toc239631134" w:history="1">
            <w:r w:rsidRPr="00926B38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  <w:lang w:val="cs-CZ"/>
              </w:rPr>
              <w:t>6</w:t>
            </w:r>
            <w:r w:rsidRPr="00926B38">
              <w:rPr>
                <w:rFonts w:ascii="Times New Roman" w:hAnsi="Times New Roman" w:cs="Times New Roman"/>
                <w:noProof/>
                <w:kern w:val="2"/>
                <w:sz w:val="28"/>
                <w:szCs w:val="28"/>
                <w:lang w:val="cs-CZ" w:eastAsia="cs-CZ"/>
                <w14:ligatures w14:val="standardContextual"/>
              </w:rPr>
              <w:tab/>
            </w:r>
            <w:r w:rsidRPr="00926B38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  <w:lang w:val="cs-CZ"/>
              </w:rPr>
              <w:t>JAK PSÁT JEDNOTLIVÉ ČÁSTI</w:t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_Toc239631134 \h </w:instrText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0174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1AE7757" w14:textId="066EEAC0" w:rsidR="00926B38" w:rsidRPr="00926B38" w:rsidRDefault="00926B38">
          <w:pPr>
            <w:pStyle w:val="Obsah1"/>
            <w:tabs>
              <w:tab w:val="left" w:pos="480"/>
              <w:tab w:val="right" w:leader="dot" w:pos="8493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val="cs-CZ" w:eastAsia="cs-CZ"/>
              <w14:ligatures w14:val="standardContextual"/>
            </w:rPr>
          </w:pPr>
          <w:hyperlink w:anchor="_Toc239631135" w:history="1">
            <w:r w:rsidRPr="00926B38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  <w:lang w:val="cs-CZ"/>
              </w:rPr>
              <w:t>7</w:t>
            </w:r>
            <w:r w:rsidRPr="00926B38">
              <w:rPr>
                <w:rFonts w:ascii="Times New Roman" w:hAnsi="Times New Roman" w:cs="Times New Roman"/>
                <w:noProof/>
                <w:kern w:val="2"/>
                <w:sz w:val="28"/>
                <w:szCs w:val="28"/>
                <w:lang w:val="cs-CZ" w:eastAsia="cs-CZ"/>
                <w14:ligatures w14:val="standardContextual"/>
              </w:rPr>
              <w:tab/>
            </w:r>
            <w:r w:rsidRPr="00926B38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  <w:lang w:val="cs-CZ"/>
              </w:rPr>
              <w:t>CITACE</w:t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_Toc239631135 \h </w:instrText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0174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D25385F" w14:textId="28CBA808" w:rsidR="00926B38" w:rsidRPr="00926B38" w:rsidRDefault="00926B38">
          <w:pPr>
            <w:pStyle w:val="Obsah1"/>
            <w:tabs>
              <w:tab w:val="left" w:pos="480"/>
              <w:tab w:val="right" w:leader="dot" w:pos="8493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val="cs-CZ" w:eastAsia="cs-CZ"/>
              <w14:ligatures w14:val="standardContextual"/>
            </w:rPr>
          </w:pPr>
          <w:hyperlink w:anchor="_Toc239631136" w:history="1">
            <w:r w:rsidRPr="00926B38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  <w:lang w:val="cs-CZ"/>
              </w:rPr>
              <w:t>8</w:t>
            </w:r>
            <w:r w:rsidRPr="00926B38">
              <w:rPr>
                <w:rFonts w:ascii="Times New Roman" w:hAnsi="Times New Roman" w:cs="Times New Roman"/>
                <w:noProof/>
                <w:kern w:val="2"/>
                <w:sz w:val="28"/>
                <w:szCs w:val="28"/>
                <w:lang w:val="cs-CZ" w:eastAsia="cs-CZ"/>
                <w14:ligatures w14:val="standardContextual"/>
              </w:rPr>
              <w:tab/>
            </w:r>
            <w:r w:rsidRPr="00926B38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  <w:lang w:val="cs-CZ"/>
              </w:rPr>
              <w:t>OBRÁZKY, TABULKY, GRAFY A MAPY</w:t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_Toc239631136 \h </w:instrText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0174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7F0606A" w14:textId="3D6B528C" w:rsidR="00926B38" w:rsidRPr="00926B38" w:rsidRDefault="00926B38">
          <w:pPr>
            <w:pStyle w:val="Obsah1"/>
            <w:tabs>
              <w:tab w:val="left" w:pos="480"/>
              <w:tab w:val="right" w:leader="dot" w:pos="8493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val="cs-CZ" w:eastAsia="cs-CZ"/>
              <w14:ligatures w14:val="standardContextual"/>
            </w:rPr>
          </w:pPr>
          <w:hyperlink w:anchor="_Toc239631137" w:history="1">
            <w:r w:rsidRPr="00926B38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  <w:lang w:val="cs-CZ" w:eastAsia="cs-CZ"/>
              </w:rPr>
              <w:t>9</w:t>
            </w:r>
            <w:r w:rsidRPr="00926B38">
              <w:rPr>
                <w:rFonts w:ascii="Times New Roman" w:hAnsi="Times New Roman" w:cs="Times New Roman"/>
                <w:noProof/>
                <w:kern w:val="2"/>
                <w:sz w:val="28"/>
                <w:szCs w:val="28"/>
                <w:lang w:val="cs-CZ" w:eastAsia="cs-CZ"/>
                <w14:ligatures w14:val="standardContextual"/>
              </w:rPr>
              <w:tab/>
            </w:r>
            <w:r w:rsidRPr="00926B38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  <w:lang w:val="cs-CZ" w:eastAsia="cs-CZ"/>
              </w:rPr>
              <w:t>VYHOTOVENÍ PRÁCE K ODEVZDÁNÍ</w:t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_Toc239631137 \h </w:instrText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0174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BAF9C6C" w14:textId="1BBA6D1A" w:rsidR="00926B38" w:rsidRPr="00926B38" w:rsidRDefault="00926B38">
          <w:pPr>
            <w:pStyle w:val="Obsah1"/>
            <w:tabs>
              <w:tab w:val="left" w:pos="480"/>
              <w:tab w:val="right" w:leader="dot" w:pos="8493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val="cs-CZ" w:eastAsia="cs-CZ"/>
              <w14:ligatures w14:val="standardContextual"/>
            </w:rPr>
          </w:pPr>
          <w:hyperlink w:anchor="_Toc239631138" w:history="1">
            <w:r w:rsidRPr="00926B38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  <w:lang w:val="cs-CZ" w:eastAsia="cs-CZ"/>
              </w:rPr>
              <w:t>10</w:t>
            </w:r>
            <w:r w:rsidRPr="00926B38">
              <w:rPr>
                <w:rFonts w:ascii="Times New Roman" w:hAnsi="Times New Roman" w:cs="Times New Roman"/>
                <w:noProof/>
                <w:kern w:val="2"/>
                <w:sz w:val="28"/>
                <w:szCs w:val="28"/>
                <w:lang w:val="cs-CZ" w:eastAsia="cs-CZ"/>
                <w14:ligatures w14:val="standardContextual"/>
              </w:rPr>
              <w:tab/>
            </w:r>
            <w:r w:rsidRPr="00926B38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  <w:lang w:val="cs-CZ" w:eastAsia="cs-CZ"/>
              </w:rPr>
              <w:t>ERRATA</w:t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_Toc239631138 \h </w:instrText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0174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B10B3E0" w14:textId="24DBD72A" w:rsidR="00926B38" w:rsidRPr="00926B38" w:rsidRDefault="00926B38">
          <w:pPr>
            <w:pStyle w:val="Obsah1"/>
            <w:tabs>
              <w:tab w:val="left" w:pos="480"/>
              <w:tab w:val="right" w:leader="dot" w:pos="8493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val="cs-CZ" w:eastAsia="cs-CZ"/>
              <w14:ligatures w14:val="standardContextual"/>
            </w:rPr>
          </w:pPr>
          <w:hyperlink w:anchor="_Toc239631139" w:history="1">
            <w:r w:rsidRPr="00926B38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  <w:lang w:val="cs-CZ" w:eastAsia="cs-CZ"/>
              </w:rPr>
              <w:t>11</w:t>
            </w:r>
            <w:r w:rsidRPr="00926B38">
              <w:rPr>
                <w:rFonts w:ascii="Times New Roman" w:hAnsi="Times New Roman" w:cs="Times New Roman"/>
                <w:noProof/>
                <w:kern w:val="2"/>
                <w:sz w:val="28"/>
                <w:szCs w:val="28"/>
                <w:lang w:val="cs-CZ" w:eastAsia="cs-CZ"/>
                <w14:ligatures w14:val="standardContextual"/>
              </w:rPr>
              <w:tab/>
            </w:r>
            <w:r w:rsidRPr="00926B38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  <w:lang w:val="cs-CZ" w:eastAsia="cs-CZ"/>
              </w:rPr>
              <w:t>OBHAJOBA PRÁCE</w:t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_Toc239631139 \h </w:instrText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0174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AD16DA5" w14:textId="6A64CF9B" w:rsidR="00926B38" w:rsidRPr="00926B38" w:rsidRDefault="00926B38">
          <w:pPr>
            <w:pStyle w:val="Obsah1"/>
            <w:tabs>
              <w:tab w:val="left" w:pos="480"/>
              <w:tab w:val="right" w:leader="dot" w:pos="8493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val="cs-CZ" w:eastAsia="cs-CZ"/>
              <w14:ligatures w14:val="standardContextual"/>
            </w:rPr>
          </w:pPr>
          <w:hyperlink w:anchor="_Toc239631140" w:history="1">
            <w:r w:rsidRPr="00926B38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  <w:lang w:val="cs-CZ"/>
              </w:rPr>
              <w:t>12</w:t>
            </w:r>
            <w:r w:rsidRPr="00926B38">
              <w:rPr>
                <w:rFonts w:ascii="Times New Roman" w:hAnsi="Times New Roman" w:cs="Times New Roman"/>
                <w:noProof/>
                <w:kern w:val="2"/>
                <w:sz w:val="28"/>
                <w:szCs w:val="28"/>
                <w:lang w:val="cs-CZ" w:eastAsia="cs-CZ"/>
                <w14:ligatures w14:val="standardContextual"/>
              </w:rPr>
              <w:tab/>
            </w:r>
            <w:r w:rsidRPr="00926B38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  <w:lang w:val="cs-CZ"/>
              </w:rPr>
              <w:t>KONTROLNÍ SEZNAM</w:t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_Toc239631140 \h </w:instrText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0174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F68218B" w14:textId="3A3EC18B" w:rsidR="00926B38" w:rsidRPr="00926B38" w:rsidRDefault="00926B38">
          <w:pPr>
            <w:pStyle w:val="Obsah1"/>
            <w:tabs>
              <w:tab w:val="right" w:leader="dot" w:pos="8493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:lang w:val="cs-CZ" w:eastAsia="cs-CZ"/>
              <w14:ligatures w14:val="standardContextual"/>
            </w:rPr>
          </w:pPr>
          <w:hyperlink w:anchor="_Toc239631141" w:history="1">
            <w:r w:rsidRPr="00926B38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  <w:lang w:val="cs-CZ"/>
              </w:rPr>
              <w:t>PŘÍLOHY</w:t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_Toc239631141 \h </w:instrText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F0174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Pr="00926B3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84C1AE9" w14:textId="28DB99BB" w:rsidR="00FC3AAE" w:rsidRDefault="00FC3AAE">
          <w:r w:rsidRPr="00965D6A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59446A8B" w14:textId="77777777" w:rsidR="004F430B" w:rsidRDefault="00CB5F11" w:rsidP="00263B3F">
      <w:pPr>
        <w:spacing w:after="0" w:line="360" w:lineRule="auto"/>
        <w:rPr>
          <w:rFonts w:ascii="Times New Roman" w:hAnsi="Times New Roman" w:cs="Times New Roman"/>
          <w:b/>
          <w:bCs/>
          <w:lang w:val="cs-CZ"/>
        </w:rPr>
      </w:pPr>
      <w:r w:rsidRPr="001C0F04">
        <w:rPr>
          <w:rFonts w:ascii="Times New Roman" w:hAnsi="Times New Roman" w:cs="Times New Roman"/>
          <w:lang w:val="cs-CZ"/>
        </w:rPr>
        <w:br/>
      </w:r>
    </w:p>
    <w:p w14:paraId="2978B2FF" w14:textId="77777777" w:rsidR="004F430B" w:rsidRDefault="004F430B">
      <w:pPr>
        <w:rPr>
          <w:rFonts w:ascii="Times New Roman" w:hAnsi="Times New Roman" w:cs="Times New Roman"/>
          <w:b/>
          <w:bCs/>
          <w:lang w:val="cs-CZ"/>
        </w:rPr>
      </w:pPr>
      <w:r>
        <w:rPr>
          <w:rFonts w:ascii="Times New Roman" w:hAnsi="Times New Roman" w:cs="Times New Roman"/>
          <w:b/>
          <w:bCs/>
          <w:lang w:val="cs-CZ"/>
        </w:rPr>
        <w:br w:type="page"/>
      </w:r>
    </w:p>
    <w:p w14:paraId="70E53DC4" w14:textId="4E337666" w:rsidR="006A65F3" w:rsidRPr="001C0F04" w:rsidRDefault="008F0987" w:rsidP="00BC4711">
      <w:pPr>
        <w:pStyle w:val="Nadpis1"/>
        <w:rPr>
          <w:lang w:val="cs-CZ"/>
        </w:rPr>
      </w:pPr>
      <w:bookmarkStart w:id="0" w:name="_Toc239631129"/>
      <w:r>
        <w:rPr>
          <w:lang w:val="cs-CZ"/>
        </w:rPr>
        <w:lastRenderedPageBreak/>
        <w:t>PŘED PSANÍM MATURITNÍ PRÁCE</w:t>
      </w:r>
      <w:bookmarkEnd w:id="0"/>
    </w:p>
    <w:p w14:paraId="6535234A" w14:textId="77777777" w:rsidR="00B366CA" w:rsidRDefault="00B366CA" w:rsidP="00263B3F">
      <w:pPr>
        <w:spacing w:after="0" w:line="360" w:lineRule="auto"/>
        <w:rPr>
          <w:rFonts w:ascii="Times New Roman" w:hAnsi="Times New Roman" w:cs="Times New Roman"/>
          <w:lang w:val="cs-CZ"/>
        </w:rPr>
      </w:pPr>
    </w:p>
    <w:p w14:paraId="3A8195BD" w14:textId="77777777" w:rsidR="00B366CA" w:rsidRPr="00111060" w:rsidRDefault="00B366CA" w:rsidP="00B366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111060">
        <w:rPr>
          <w:rFonts w:ascii="Times New Roman" w:hAnsi="Times New Roman" w:cs="Times New Roman"/>
          <w:b/>
          <w:bCs/>
          <w:sz w:val="24"/>
          <w:szCs w:val="24"/>
          <w:lang w:val="cs-CZ"/>
        </w:rPr>
        <w:t>Zvolte vhodné téma práce</w:t>
      </w:r>
    </w:p>
    <w:p w14:paraId="5308EED1" w14:textId="34D576F8" w:rsidR="00B366CA" w:rsidRPr="00111060" w:rsidRDefault="00C10F0B" w:rsidP="004E52D2">
      <w:pPr>
        <w:pStyle w:val="Odstavecseseznamem"/>
        <w:numPr>
          <w:ilvl w:val="0"/>
          <w:numId w:val="20"/>
        </w:numPr>
        <w:spacing w:after="12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111060">
        <w:rPr>
          <w:rFonts w:ascii="Times New Roman" w:hAnsi="Times New Roman" w:cs="Times New Roman"/>
          <w:sz w:val="24"/>
          <w:szCs w:val="24"/>
          <w:lang w:val="cs-CZ"/>
        </w:rPr>
        <w:t>V</w:t>
      </w:r>
      <w:r w:rsidR="00B366CA" w:rsidRPr="00111060">
        <w:rPr>
          <w:rFonts w:ascii="Times New Roman" w:hAnsi="Times New Roman" w:cs="Times New Roman"/>
          <w:sz w:val="24"/>
          <w:szCs w:val="24"/>
          <w:lang w:val="cs-CZ"/>
        </w:rPr>
        <w:t>yberte téma, které odpovídá vašemu oboru, zajímá vás a ke kterému budete mít dostatek dostupných zdrojů.</w:t>
      </w:r>
    </w:p>
    <w:p w14:paraId="7360CE64" w14:textId="77777777" w:rsidR="00B366CA" w:rsidRPr="00111060" w:rsidRDefault="00B366CA" w:rsidP="00B366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111060">
        <w:rPr>
          <w:rFonts w:ascii="Times New Roman" w:hAnsi="Times New Roman" w:cs="Times New Roman"/>
          <w:b/>
          <w:bCs/>
          <w:sz w:val="24"/>
          <w:szCs w:val="24"/>
          <w:lang w:val="cs-CZ"/>
        </w:rPr>
        <w:t>Konzultujte postup s vedoucím práce</w:t>
      </w:r>
    </w:p>
    <w:p w14:paraId="18BEB9D2" w14:textId="07BBD188" w:rsidR="00B366CA" w:rsidRPr="00111060" w:rsidRDefault="00C10F0B" w:rsidP="004E52D2">
      <w:pPr>
        <w:pStyle w:val="Odstavecseseznamem"/>
        <w:numPr>
          <w:ilvl w:val="0"/>
          <w:numId w:val="20"/>
        </w:numPr>
        <w:spacing w:after="12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111060">
        <w:rPr>
          <w:rFonts w:ascii="Times New Roman" w:hAnsi="Times New Roman" w:cs="Times New Roman"/>
          <w:sz w:val="24"/>
          <w:szCs w:val="24"/>
          <w:lang w:val="cs-CZ"/>
        </w:rPr>
        <w:t>D</w:t>
      </w:r>
      <w:r w:rsidR="00B366CA" w:rsidRPr="00111060">
        <w:rPr>
          <w:rFonts w:ascii="Times New Roman" w:hAnsi="Times New Roman" w:cs="Times New Roman"/>
          <w:sz w:val="24"/>
          <w:szCs w:val="24"/>
          <w:lang w:val="cs-CZ"/>
        </w:rPr>
        <w:t>omluvte si zaměření práce, hlavní cíl, strukturu a způsob zpracování. Pravidelně</w:t>
      </w:r>
      <w:r w:rsidR="005A1916" w:rsidRPr="00111060">
        <w:rPr>
          <w:rFonts w:ascii="Times New Roman" w:hAnsi="Times New Roman" w:cs="Times New Roman"/>
          <w:sz w:val="24"/>
          <w:szCs w:val="24"/>
          <w:lang w:val="cs-CZ"/>
        </w:rPr>
        <w:t xml:space="preserve">, </w:t>
      </w:r>
      <w:r w:rsidR="00923617" w:rsidRPr="00111060">
        <w:rPr>
          <w:rFonts w:ascii="Times New Roman" w:hAnsi="Times New Roman" w:cs="Times New Roman"/>
          <w:sz w:val="24"/>
          <w:szCs w:val="24"/>
          <w:lang w:val="cs-CZ"/>
        </w:rPr>
        <w:t xml:space="preserve">včas </w:t>
      </w:r>
      <w:r w:rsidR="00B366CA" w:rsidRPr="00111060">
        <w:rPr>
          <w:rFonts w:ascii="Times New Roman" w:hAnsi="Times New Roman" w:cs="Times New Roman"/>
          <w:sz w:val="24"/>
          <w:szCs w:val="24"/>
          <w:lang w:val="cs-CZ"/>
        </w:rPr>
        <w:t>konzultujte průběh práce a případné nejasnosti.</w:t>
      </w:r>
    </w:p>
    <w:p w14:paraId="75A492FD" w14:textId="77777777" w:rsidR="00B366CA" w:rsidRPr="00111060" w:rsidRDefault="00B366CA" w:rsidP="00B366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111060">
        <w:rPr>
          <w:rFonts w:ascii="Times New Roman" w:hAnsi="Times New Roman" w:cs="Times New Roman"/>
          <w:b/>
          <w:bCs/>
          <w:sz w:val="24"/>
          <w:szCs w:val="24"/>
          <w:lang w:val="cs-CZ"/>
        </w:rPr>
        <w:t>Naplánujte si práci</w:t>
      </w:r>
    </w:p>
    <w:p w14:paraId="67EB645C" w14:textId="0C2DF2E9" w:rsidR="00B366CA" w:rsidRPr="00111060" w:rsidRDefault="00C10F0B" w:rsidP="004E52D2">
      <w:pPr>
        <w:pStyle w:val="Odstavecseseznamem"/>
        <w:numPr>
          <w:ilvl w:val="0"/>
          <w:numId w:val="20"/>
        </w:numPr>
        <w:spacing w:after="12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111060">
        <w:rPr>
          <w:rFonts w:ascii="Times New Roman" w:hAnsi="Times New Roman" w:cs="Times New Roman"/>
          <w:sz w:val="24"/>
          <w:szCs w:val="24"/>
          <w:lang w:val="cs-CZ"/>
        </w:rPr>
        <w:t>R</w:t>
      </w:r>
      <w:r w:rsidR="00B366CA" w:rsidRPr="00111060">
        <w:rPr>
          <w:rFonts w:ascii="Times New Roman" w:hAnsi="Times New Roman" w:cs="Times New Roman"/>
          <w:sz w:val="24"/>
          <w:szCs w:val="24"/>
          <w:lang w:val="cs-CZ"/>
        </w:rPr>
        <w:t>ozdělte si jednotlivé fáze zpracování práce (vyhledávání informací, studium zdrojů, psaní jednotlivých částí, úpravy a kontrolu) a stanovte si průběžné termíny.</w:t>
      </w:r>
    </w:p>
    <w:p w14:paraId="4FD968BB" w14:textId="77777777" w:rsidR="00B366CA" w:rsidRPr="00111060" w:rsidRDefault="00B366CA" w:rsidP="00B366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111060">
        <w:rPr>
          <w:rFonts w:ascii="Times New Roman" w:hAnsi="Times New Roman" w:cs="Times New Roman"/>
          <w:b/>
          <w:bCs/>
          <w:sz w:val="24"/>
          <w:szCs w:val="24"/>
          <w:lang w:val="cs-CZ"/>
        </w:rPr>
        <w:t>Připravujte si seznam použitých zdrojů</w:t>
      </w:r>
    </w:p>
    <w:p w14:paraId="53E3FE02" w14:textId="63DA7F97" w:rsidR="00567553" w:rsidRDefault="00C10F0B" w:rsidP="00B366CA">
      <w:pPr>
        <w:pStyle w:val="Odstavecseseznamem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111060">
        <w:rPr>
          <w:rFonts w:ascii="Times New Roman" w:hAnsi="Times New Roman" w:cs="Times New Roman"/>
          <w:sz w:val="24"/>
          <w:szCs w:val="24"/>
          <w:lang w:val="cs-CZ"/>
        </w:rPr>
        <w:t>P</w:t>
      </w:r>
      <w:r w:rsidR="00B366CA" w:rsidRPr="00111060">
        <w:rPr>
          <w:rFonts w:ascii="Times New Roman" w:hAnsi="Times New Roman" w:cs="Times New Roman"/>
          <w:sz w:val="24"/>
          <w:szCs w:val="24"/>
          <w:lang w:val="cs-CZ"/>
        </w:rPr>
        <w:t>růběžně evidujte všechny knihy, články, webové stránky a další materiály, ze kterých budete čerpat. Usnadníte si tak následné zpracování citací a seznamu použité literatury.</w:t>
      </w:r>
    </w:p>
    <w:p w14:paraId="505DA137" w14:textId="77777777" w:rsidR="00567553" w:rsidRDefault="00567553">
      <w:pPr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br w:type="page"/>
      </w:r>
    </w:p>
    <w:p w14:paraId="27FFD6C6" w14:textId="63584E17" w:rsidR="006A65F3" w:rsidRPr="001C0F04" w:rsidRDefault="001C0F04" w:rsidP="00BC4711">
      <w:pPr>
        <w:pStyle w:val="Nadpis1"/>
        <w:rPr>
          <w:lang w:val="cs-CZ"/>
        </w:rPr>
      </w:pPr>
      <w:bookmarkStart w:id="1" w:name="_Toc239631130"/>
      <w:r w:rsidRPr="001C0F04">
        <w:rPr>
          <w:lang w:val="cs-CZ"/>
        </w:rPr>
        <w:lastRenderedPageBreak/>
        <w:t>STRUKTURA PRÁCE</w:t>
      </w:r>
      <w:bookmarkEnd w:id="1"/>
    </w:p>
    <w:p w14:paraId="046D55FD" w14:textId="77777777" w:rsidR="003D0897" w:rsidRPr="00111060" w:rsidRDefault="003D0897" w:rsidP="003D0897">
      <w:pPr>
        <w:pStyle w:val="Odstavecseseznamem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cs-CZ"/>
        </w:rPr>
      </w:pPr>
      <w:r w:rsidRPr="00111060">
        <w:rPr>
          <w:rFonts w:ascii="Times New Roman" w:hAnsi="Times New Roman" w:cs="Times New Roman"/>
          <w:sz w:val="24"/>
          <w:szCs w:val="24"/>
          <w:lang w:val="cs-CZ"/>
        </w:rPr>
        <w:t>TITULNÍ STRANA</w:t>
      </w:r>
    </w:p>
    <w:p w14:paraId="71888B45" w14:textId="77777777" w:rsidR="003D0897" w:rsidRPr="00111060" w:rsidRDefault="003D0897" w:rsidP="003D0897">
      <w:pPr>
        <w:pStyle w:val="Odstavecseseznamem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cs-CZ"/>
        </w:rPr>
      </w:pPr>
      <w:r w:rsidRPr="00111060">
        <w:rPr>
          <w:rFonts w:ascii="Times New Roman" w:hAnsi="Times New Roman" w:cs="Times New Roman"/>
          <w:sz w:val="24"/>
          <w:szCs w:val="24"/>
          <w:lang w:val="cs-CZ"/>
        </w:rPr>
        <w:t>ČESTNÉ PROHLÁŠENÍ</w:t>
      </w:r>
    </w:p>
    <w:p w14:paraId="1E53D765" w14:textId="77777777" w:rsidR="003D0897" w:rsidRDefault="003D0897" w:rsidP="003D0897">
      <w:pPr>
        <w:pStyle w:val="Odstavecseseznamem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cs-CZ"/>
        </w:rPr>
      </w:pPr>
      <w:r w:rsidRPr="00111060">
        <w:rPr>
          <w:rFonts w:ascii="Times New Roman" w:hAnsi="Times New Roman" w:cs="Times New Roman"/>
          <w:sz w:val="24"/>
          <w:szCs w:val="24"/>
          <w:lang w:val="cs-CZ"/>
        </w:rPr>
        <w:t>PODĚKOVÁNÍ (nepovinné)</w:t>
      </w:r>
    </w:p>
    <w:p w14:paraId="318B30F4" w14:textId="45744A7B" w:rsidR="00797073" w:rsidRPr="00111060" w:rsidRDefault="00797073" w:rsidP="003D0897">
      <w:pPr>
        <w:pStyle w:val="Odstavecseseznamem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ANOTACE</w:t>
      </w:r>
    </w:p>
    <w:p w14:paraId="117B04F4" w14:textId="77777777" w:rsidR="003D0897" w:rsidRPr="00111060" w:rsidRDefault="003D0897" w:rsidP="003D0897">
      <w:pPr>
        <w:pStyle w:val="Odstavecseseznamem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cs-CZ"/>
        </w:rPr>
      </w:pPr>
      <w:r w:rsidRPr="00111060">
        <w:rPr>
          <w:rFonts w:ascii="Times New Roman" w:hAnsi="Times New Roman" w:cs="Times New Roman"/>
          <w:sz w:val="24"/>
          <w:szCs w:val="24"/>
          <w:lang w:val="cs-CZ"/>
        </w:rPr>
        <w:t>OBSAH</w:t>
      </w:r>
    </w:p>
    <w:p w14:paraId="3779AE27" w14:textId="1594BDDD" w:rsidR="003D0897" w:rsidRPr="00111060" w:rsidRDefault="003D0897" w:rsidP="003D0897">
      <w:pPr>
        <w:pStyle w:val="Odstavecseseznamem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cs-CZ"/>
        </w:rPr>
      </w:pPr>
      <w:r w:rsidRPr="00111060">
        <w:rPr>
          <w:rFonts w:ascii="Times New Roman" w:hAnsi="Times New Roman" w:cs="Times New Roman"/>
          <w:sz w:val="24"/>
          <w:szCs w:val="24"/>
          <w:lang w:val="cs-CZ"/>
        </w:rPr>
        <w:t>SEZNAM ILUSTRACÍ A TABULEK</w:t>
      </w:r>
      <w:r w:rsidR="00AF37C9">
        <w:rPr>
          <w:rFonts w:ascii="Times New Roman" w:hAnsi="Times New Roman" w:cs="Times New Roman"/>
          <w:sz w:val="24"/>
          <w:szCs w:val="24"/>
          <w:lang w:val="cs-CZ"/>
        </w:rPr>
        <w:t xml:space="preserve"> (nepovinné)</w:t>
      </w:r>
    </w:p>
    <w:p w14:paraId="521AD9C5" w14:textId="77777777" w:rsidR="003D0897" w:rsidRPr="00111060" w:rsidRDefault="003D0897" w:rsidP="003D0897">
      <w:pPr>
        <w:pStyle w:val="Odstavecseseznamem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cs-CZ"/>
        </w:rPr>
      </w:pPr>
      <w:r w:rsidRPr="00111060">
        <w:rPr>
          <w:rFonts w:ascii="Times New Roman" w:hAnsi="Times New Roman" w:cs="Times New Roman"/>
          <w:sz w:val="24"/>
          <w:szCs w:val="24"/>
          <w:lang w:val="cs-CZ"/>
        </w:rPr>
        <w:t>SEZNAM ZKRATEK A ZNAČEK (nepovinné)</w:t>
      </w:r>
    </w:p>
    <w:p w14:paraId="6B213EF8" w14:textId="77777777" w:rsidR="003D0897" w:rsidRDefault="003D0897" w:rsidP="003D0897">
      <w:pPr>
        <w:pStyle w:val="Odstavecseseznamem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ÚVOD</w:t>
      </w:r>
    </w:p>
    <w:p w14:paraId="2BBE3EF9" w14:textId="1D5ED879" w:rsidR="00263B3F" w:rsidRPr="00111060" w:rsidRDefault="00827292" w:rsidP="004F430B">
      <w:pPr>
        <w:pStyle w:val="Odstavecseseznamem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1. KAPITOLA – </w:t>
      </w:r>
      <w:r w:rsidRPr="00111060">
        <w:rPr>
          <w:rFonts w:ascii="Times New Roman" w:hAnsi="Times New Roman" w:cs="Times New Roman"/>
          <w:sz w:val="24"/>
          <w:szCs w:val="24"/>
          <w:lang w:val="cs-CZ"/>
        </w:rPr>
        <w:t>TEORETICKÁ ČÁST</w:t>
      </w:r>
    </w:p>
    <w:p w14:paraId="38CE2223" w14:textId="41F3D670" w:rsidR="00263B3F" w:rsidRPr="00111060" w:rsidRDefault="00827292" w:rsidP="004F430B">
      <w:pPr>
        <w:pStyle w:val="Odstavecseseznamem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2. KAPITOLA – </w:t>
      </w:r>
      <w:r w:rsidRPr="00111060">
        <w:rPr>
          <w:rFonts w:ascii="Times New Roman" w:hAnsi="Times New Roman" w:cs="Times New Roman"/>
          <w:sz w:val="24"/>
          <w:szCs w:val="24"/>
          <w:lang w:val="cs-CZ"/>
        </w:rPr>
        <w:t>PRAKTICKÁ ČÁST</w:t>
      </w:r>
    </w:p>
    <w:p w14:paraId="045551AB" w14:textId="51483963" w:rsidR="00263B3F" w:rsidRPr="00111060" w:rsidRDefault="00827292" w:rsidP="004F430B">
      <w:pPr>
        <w:pStyle w:val="Odstavecseseznamem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cs-CZ"/>
        </w:rPr>
      </w:pPr>
      <w:r w:rsidRPr="00111060">
        <w:rPr>
          <w:rFonts w:ascii="Times New Roman" w:hAnsi="Times New Roman" w:cs="Times New Roman"/>
          <w:sz w:val="24"/>
          <w:szCs w:val="24"/>
          <w:lang w:val="cs-CZ"/>
        </w:rPr>
        <w:t>ZÁVĚR</w:t>
      </w:r>
    </w:p>
    <w:p w14:paraId="62B6F63E" w14:textId="39BE2E55" w:rsidR="00263B3F" w:rsidRPr="00111060" w:rsidRDefault="00827292" w:rsidP="004F430B">
      <w:pPr>
        <w:pStyle w:val="Odstavecseseznamem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cs-CZ"/>
        </w:rPr>
      </w:pPr>
      <w:r w:rsidRPr="00111060">
        <w:rPr>
          <w:rFonts w:ascii="Times New Roman" w:hAnsi="Times New Roman" w:cs="Times New Roman"/>
          <w:sz w:val="24"/>
          <w:szCs w:val="24"/>
          <w:lang w:val="cs-CZ"/>
        </w:rPr>
        <w:t xml:space="preserve">SEZNAM </w:t>
      </w:r>
      <w:r w:rsidR="00266202">
        <w:rPr>
          <w:rFonts w:ascii="Times New Roman" w:hAnsi="Times New Roman" w:cs="Times New Roman"/>
          <w:sz w:val="24"/>
          <w:szCs w:val="24"/>
          <w:lang w:val="cs-CZ"/>
        </w:rPr>
        <w:t>POUŽITÉ LITERATURY</w:t>
      </w:r>
    </w:p>
    <w:p w14:paraId="77AB681A" w14:textId="04BD04E9" w:rsidR="004E52D2" w:rsidRPr="00567553" w:rsidRDefault="00827292" w:rsidP="00567553">
      <w:pPr>
        <w:pStyle w:val="Odstavecseseznamem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lang w:val="cs-CZ"/>
        </w:rPr>
      </w:pPr>
      <w:r w:rsidRPr="00567553">
        <w:rPr>
          <w:rFonts w:ascii="Times New Roman" w:hAnsi="Times New Roman" w:cs="Times New Roman"/>
          <w:sz w:val="24"/>
          <w:szCs w:val="24"/>
          <w:lang w:val="cs-CZ"/>
        </w:rPr>
        <w:t>PŘÍLOHY (nepovinné)</w:t>
      </w:r>
    </w:p>
    <w:p w14:paraId="24B89A62" w14:textId="2F12DF7E" w:rsidR="0058665C" w:rsidRPr="007C6F04" w:rsidRDefault="0058665C" w:rsidP="00BC4711">
      <w:pPr>
        <w:pStyle w:val="Nadpis1"/>
        <w:rPr>
          <w:lang w:val="cs-CZ"/>
        </w:rPr>
      </w:pPr>
      <w:bookmarkStart w:id="2" w:name="_Toc239631131"/>
      <w:r w:rsidRPr="007C6F04">
        <w:rPr>
          <w:lang w:val="cs-CZ"/>
        </w:rPr>
        <w:t xml:space="preserve">ČÍSLOVÁNÍ </w:t>
      </w:r>
      <w:r w:rsidR="007C6F04" w:rsidRPr="007C6F04">
        <w:rPr>
          <w:lang w:val="cs-CZ"/>
        </w:rPr>
        <w:t>STRAN</w:t>
      </w:r>
      <w:bookmarkEnd w:id="2"/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3724"/>
        <w:gridCol w:w="2984"/>
        <w:gridCol w:w="1785"/>
      </w:tblGrid>
      <w:tr w:rsidR="00DE4F4E" w:rsidRPr="00111060" w14:paraId="09D50D08" w14:textId="77777777" w:rsidTr="006F5B86">
        <w:tc>
          <w:tcPr>
            <w:tcW w:w="2192" w:type="pct"/>
            <w:vAlign w:val="center"/>
          </w:tcPr>
          <w:p w14:paraId="07EBF65E" w14:textId="5CCED3B5" w:rsidR="00DE4F4E" w:rsidRPr="00111060" w:rsidRDefault="008411C4" w:rsidP="0011106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cs-CZ"/>
              </w:rPr>
            </w:pPr>
            <w:r w:rsidRPr="001110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cs-CZ"/>
              </w:rPr>
              <w:t>Část práce</w:t>
            </w:r>
          </w:p>
        </w:tc>
        <w:tc>
          <w:tcPr>
            <w:tcW w:w="1757" w:type="pct"/>
            <w:vAlign w:val="center"/>
          </w:tcPr>
          <w:p w14:paraId="02571CFD" w14:textId="67F1C85E" w:rsidR="00DE4F4E" w:rsidRPr="00111060" w:rsidRDefault="00A8145C" w:rsidP="0011106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cs-CZ"/>
              </w:rPr>
            </w:pPr>
            <w:r w:rsidRPr="001110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cs-CZ"/>
              </w:rPr>
              <w:t>Číslo stránky viditelné</w:t>
            </w:r>
          </w:p>
        </w:tc>
        <w:tc>
          <w:tcPr>
            <w:tcW w:w="1051" w:type="pct"/>
            <w:vAlign w:val="center"/>
          </w:tcPr>
          <w:p w14:paraId="62FFC929" w14:textId="5DE57E29" w:rsidR="00DE4F4E" w:rsidRPr="00111060" w:rsidRDefault="00AF2486" w:rsidP="00111060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cs-CZ"/>
              </w:rPr>
            </w:pPr>
            <w:r w:rsidRPr="001110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cs-CZ"/>
              </w:rPr>
              <w:t>Strana</w:t>
            </w:r>
          </w:p>
        </w:tc>
      </w:tr>
      <w:tr w:rsidR="00DE4F4E" w:rsidRPr="00111060" w14:paraId="211B77E2" w14:textId="77777777" w:rsidTr="006F5B86">
        <w:tc>
          <w:tcPr>
            <w:tcW w:w="2192" w:type="pct"/>
            <w:vAlign w:val="center"/>
          </w:tcPr>
          <w:p w14:paraId="4058A9EA" w14:textId="31A10640" w:rsidR="00DE4F4E" w:rsidRPr="00111060" w:rsidRDefault="00DE4F4E" w:rsidP="001110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 w:rsidRPr="00111060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Titulní strana</w:t>
            </w:r>
          </w:p>
        </w:tc>
        <w:tc>
          <w:tcPr>
            <w:tcW w:w="1757" w:type="pct"/>
            <w:vAlign w:val="center"/>
          </w:tcPr>
          <w:p w14:paraId="247B57A4" w14:textId="17D7A47B" w:rsidR="00DE4F4E" w:rsidRPr="00111060" w:rsidRDefault="00DE4F4E" w:rsidP="001110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 w:rsidRPr="00111060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ne</w:t>
            </w:r>
          </w:p>
        </w:tc>
        <w:tc>
          <w:tcPr>
            <w:tcW w:w="1051" w:type="pct"/>
            <w:vAlign w:val="center"/>
          </w:tcPr>
          <w:p w14:paraId="2ADDFC0E" w14:textId="6772C552" w:rsidR="00DE4F4E" w:rsidRPr="00111060" w:rsidRDefault="00DE4F4E" w:rsidP="001110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 w:rsidRPr="00111060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1</w:t>
            </w:r>
          </w:p>
        </w:tc>
      </w:tr>
      <w:tr w:rsidR="00DE4F4E" w:rsidRPr="00111060" w14:paraId="7BA97F2F" w14:textId="77777777" w:rsidTr="006F5B86">
        <w:tc>
          <w:tcPr>
            <w:tcW w:w="2192" w:type="pct"/>
            <w:vAlign w:val="center"/>
          </w:tcPr>
          <w:p w14:paraId="4D619BEF" w14:textId="02682525" w:rsidR="00DE4F4E" w:rsidRPr="00111060" w:rsidRDefault="00EA5D65" w:rsidP="001110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 w:rsidRPr="00111060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Čestné prohlášení</w:t>
            </w:r>
          </w:p>
        </w:tc>
        <w:tc>
          <w:tcPr>
            <w:tcW w:w="1757" w:type="pct"/>
            <w:vAlign w:val="center"/>
          </w:tcPr>
          <w:p w14:paraId="34A80A39" w14:textId="0565DB37" w:rsidR="00DE4F4E" w:rsidRPr="00111060" w:rsidRDefault="00EA5D65" w:rsidP="001110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 w:rsidRPr="00111060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ne</w:t>
            </w:r>
          </w:p>
        </w:tc>
        <w:tc>
          <w:tcPr>
            <w:tcW w:w="1051" w:type="pct"/>
            <w:vAlign w:val="center"/>
          </w:tcPr>
          <w:p w14:paraId="2D9D03DA" w14:textId="26F9BE3B" w:rsidR="00DE4F4E" w:rsidRPr="00111060" w:rsidRDefault="00DE4F4E" w:rsidP="001110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 w:rsidRPr="00111060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2</w:t>
            </w:r>
          </w:p>
        </w:tc>
      </w:tr>
      <w:tr w:rsidR="00DE4F4E" w:rsidRPr="00111060" w14:paraId="2796D5E0" w14:textId="77777777" w:rsidTr="006F5B86">
        <w:tc>
          <w:tcPr>
            <w:tcW w:w="2192" w:type="pct"/>
            <w:vAlign w:val="center"/>
          </w:tcPr>
          <w:p w14:paraId="308128BC" w14:textId="6AA30D92" w:rsidR="00DE4F4E" w:rsidRPr="00111060" w:rsidRDefault="00EA5D65" w:rsidP="001110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 w:rsidRPr="00111060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Poděkování*</w:t>
            </w:r>
          </w:p>
        </w:tc>
        <w:tc>
          <w:tcPr>
            <w:tcW w:w="1757" w:type="pct"/>
            <w:vAlign w:val="center"/>
          </w:tcPr>
          <w:p w14:paraId="6604751C" w14:textId="3DC938E5" w:rsidR="00DE4F4E" w:rsidRPr="00111060" w:rsidRDefault="00EA5D65" w:rsidP="001110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 w:rsidRPr="00111060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ne</w:t>
            </w:r>
          </w:p>
        </w:tc>
        <w:tc>
          <w:tcPr>
            <w:tcW w:w="1051" w:type="pct"/>
            <w:vAlign w:val="center"/>
          </w:tcPr>
          <w:p w14:paraId="540D9195" w14:textId="6F7E6F88" w:rsidR="00DE4F4E" w:rsidRPr="00111060" w:rsidRDefault="00EA5D65" w:rsidP="001110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 w:rsidRPr="00111060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3</w:t>
            </w:r>
          </w:p>
        </w:tc>
      </w:tr>
      <w:tr w:rsidR="00797073" w:rsidRPr="00111060" w14:paraId="26026896" w14:textId="77777777" w:rsidTr="006F5B86">
        <w:tc>
          <w:tcPr>
            <w:tcW w:w="2192" w:type="pct"/>
            <w:vAlign w:val="center"/>
          </w:tcPr>
          <w:p w14:paraId="3431D145" w14:textId="0D9DD737" w:rsidR="00797073" w:rsidRPr="00111060" w:rsidRDefault="00797073" w:rsidP="001110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Anotace</w:t>
            </w:r>
          </w:p>
        </w:tc>
        <w:tc>
          <w:tcPr>
            <w:tcW w:w="1757" w:type="pct"/>
            <w:vAlign w:val="center"/>
          </w:tcPr>
          <w:p w14:paraId="7636113D" w14:textId="2D3D2C4B" w:rsidR="00797073" w:rsidRPr="00111060" w:rsidRDefault="00797073" w:rsidP="001110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ne</w:t>
            </w:r>
          </w:p>
        </w:tc>
        <w:tc>
          <w:tcPr>
            <w:tcW w:w="1051" w:type="pct"/>
            <w:vAlign w:val="center"/>
          </w:tcPr>
          <w:p w14:paraId="134054D0" w14:textId="1ED8FA83" w:rsidR="00797073" w:rsidRPr="00111060" w:rsidRDefault="00797073" w:rsidP="001110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4</w:t>
            </w:r>
          </w:p>
        </w:tc>
      </w:tr>
      <w:tr w:rsidR="00DE4F4E" w:rsidRPr="00111060" w14:paraId="7CDDA612" w14:textId="77777777" w:rsidTr="006F5B86">
        <w:tc>
          <w:tcPr>
            <w:tcW w:w="2192" w:type="pct"/>
            <w:vAlign w:val="center"/>
          </w:tcPr>
          <w:p w14:paraId="6097B68F" w14:textId="09FF7E63" w:rsidR="00DE4F4E" w:rsidRPr="00111060" w:rsidRDefault="00EA5D65" w:rsidP="001110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 w:rsidRPr="00111060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Obsah</w:t>
            </w:r>
          </w:p>
        </w:tc>
        <w:tc>
          <w:tcPr>
            <w:tcW w:w="1757" w:type="pct"/>
            <w:vAlign w:val="center"/>
          </w:tcPr>
          <w:p w14:paraId="37437107" w14:textId="08BAD535" w:rsidR="00DE4F4E" w:rsidRPr="00111060" w:rsidRDefault="00EA5D65" w:rsidP="001110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 w:rsidRPr="00111060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ne</w:t>
            </w:r>
          </w:p>
        </w:tc>
        <w:tc>
          <w:tcPr>
            <w:tcW w:w="1051" w:type="pct"/>
            <w:vAlign w:val="center"/>
          </w:tcPr>
          <w:p w14:paraId="3153F4A8" w14:textId="328E1B03" w:rsidR="00DE4F4E" w:rsidRPr="00111060" w:rsidRDefault="00797073" w:rsidP="001110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5</w:t>
            </w:r>
          </w:p>
        </w:tc>
      </w:tr>
      <w:tr w:rsidR="00DE4F4E" w:rsidRPr="00111060" w14:paraId="28C383EC" w14:textId="77777777" w:rsidTr="006F5B86">
        <w:tc>
          <w:tcPr>
            <w:tcW w:w="2192" w:type="pct"/>
            <w:vAlign w:val="center"/>
          </w:tcPr>
          <w:p w14:paraId="5E3906F5" w14:textId="474C04F5" w:rsidR="00DE4F4E" w:rsidRPr="00111060" w:rsidRDefault="00EA5D65" w:rsidP="001110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 w:rsidRPr="00111060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Seznam ilustrací a tabulek</w:t>
            </w:r>
          </w:p>
        </w:tc>
        <w:tc>
          <w:tcPr>
            <w:tcW w:w="1757" w:type="pct"/>
            <w:vAlign w:val="center"/>
          </w:tcPr>
          <w:p w14:paraId="4CCCE01C" w14:textId="17A364B5" w:rsidR="00DE4F4E" w:rsidRPr="00111060" w:rsidRDefault="00EA5D65" w:rsidP="001110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 w:rsidRPr="00111060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ne</w:t>
            </w:r>
          </w:p>
        </w:tc>
        <w:tc>
          <w:tcPr>
            <w:tcW w:w="1051" w:type="pct"/>
            <w:vAlign w:val="center"/>
          </w:tcPr>
          <w:p w14:paraId="6ABE7CB8" w14:textId="25E6CCA1" w:rsidR="00DE4F4E" w:rsidRPr="00111060" w:rsidRDefault="00797073" w:rsidP="001110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6</w:t>
            </w:r>
          </w:p>
        </w:tc>
      </w:tr>
      <w:tr w:rsidR="00DE4F4E" w:rsidRPr="00111060" w14:paraId="45194FCA" w14:textId="77777777" w:rsidTr="006F5B86">
        <w:tc>
          <w:tcPr>
            <w:tcW w:w="2192" w:type="pct"/>
            <w:vAlign w:val="center"/>
          </w:tcPr>
          <w:p w14:paraId="6FA8CFD8" w14:textId="7E5A6F26" w:rsidR="00DE4F4E" w:rsidRPr="00111060" w:rsidRDefault="00EA5D65" w:rsidP="001110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 w:rsidRPr="00111060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Seznam zkratek a značek*</w:t>
            </w:r>
          </w:p>
        </w:tc>
        <w:tc>
          <w:tcPr>
            <w:tcW w:w="1757" w:type="pct"/>
            <w:vAlign w:val="center"/>
          </w:tcPr>
          <w:p w14:paraId="3A3A8CE0" w14:textId="34A788BF" w:rsidR="00DE4F4E" w:rsidRPr="00111060" w:rsidRDefault="00705E56" w:rsidP="001110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 w:rsidRPr="00111060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ne</w:t>
            </w:r>
          </w:p>
        </w:tc>
        <w:tc>
          <w:tcPr>
            <w:tcW w:w="1051" w:type="pct"/>
            <w:vAlign w:val="center"/>
          </w:tcPr>
          <w:p w14:paraId="733B4D81" w14:textId="4E5F92BB" w:rsidR="00DE4F4E" w:rsidRPr="00111060" w:rsidRDefault="00797073" w:rsidP="001110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7</w:t>
            </w:r>
          </w:p>
        </w:tc>
      </w:tr>
      <w:tr w:rsidR="00705E56" w:rsidRPr="00111060" w14:paraId="78CD9515" w14:textId="77777777" w:rsidTr="006F5B86">
        <w:tc>
          <w:tcPr>
            <w:tcW w:w="2192" w:type="pct"/>
            <w:vAlign w:val="center"/>
          </w:tcPr>
          <w:p w14:paraId="2BBFE5CD" w14:textId="6708B70D" w:rsidR="00705E56" w:rsidRPr="00111060" w:rsidRDefault="00705E56" w:rsidP="001110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 w:rsidRPr="00111060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Úvod</w:t>
            </w:r>
          </w:p>
        </w:tc>
        <w:tc>
          <w:tcPr>
            <w:tcW w:w="1757" w:type="pct"/>
            <w:vAlign w:val="center"/>
          </w:tcPr>
          <w:p w14:paraId="7BDFC482" w14:textId="464A78EF" w:rsidR="00705E56" w:rsidRPr="00111060" w:rsidRDefault="00705E56" w:rsidP="001110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 w:rsidRPr="00111060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ne</w:t>
            </w:r>
          </w:p>
        </w:tc>
        <w:tc>
          <w:tcPr>
            <w:tcW w:w="1051" w:type="pct"/>
            <w:vAlign w:val="center"/>
          </w:tcPr>
          <w:p w14:paraId="5282A3AA" w14:textId="1249E793" w:rsidR="00705E56" w:rsidRPr="00111060" w:rsidRDefault="00797073" w:rsidP="001110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8</w:t>
            </w:r>
          </w:p>
        </w:tc>
      </w:tr>
      <w:tr w:rsidR="00705E56" w:rsidRPr="00111060" w14:paraId="4A9AF359" w14:textId="77777777" w:rsidTr="006F5B86">
        <w:tc>
          <w:tcPr>
            <w:tcW w:w="2192" w:type="pct"/>
            <w:vAlign w:val="center"/>
          </w:tcPr>
          <w:p w14:paraId="5833F339" w14:textId="6285CCDC" w:rsidR="00705E56" w:rsidRPr="00111060" w:rsidRDefault="00705E56" w:rsidP="001110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 w:rsidRPr="00111060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1. kapitola</w:t>
            </w:r>
          </w:p>
        </w:tc>
        <w:tc>
          <w:tcPr>
            <w:tcW w:w="1757" w:type="pct"/>
            <w:vAlign w:val="center"/>
          </w:tcPr>
          <w:p w14:paraId="5C06B98E" w14:textId="0F662654" w:rsidR="00705E56" w:rsidRPr="00111060" w:rsidRDefault="00705E56" w:rsidP="001110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 w:rsidRPr="00111060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ano</w:t>
            </w:r>
          </w:p>
        </w:tc>
        <w:tc>
          <w:tcPr>
            <w:tcW w:w="1051" w:type="pct"/>
            <w:vAlign w:val="center"/>
          </w:tcPr>
          <w:p w14:paraId="0909735A" w14:textId="660FF6D8" w:rsidR="00705E56" w:rsidRPr="00111060" w:rsidRDefault="00797073" w:rsidP="001110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9</w:t>
            </w:r>
          </w:p>
        </w:tc>
      </w:tr>
      <w:tr w:rsidR="0035772F" w:rsidRPr="00111060" w14:paraId="508E52A2" w14:textId="77777777" w:rsidTr="006F5B86">
        <w:tc>
          <w:tcPr>
            <w:tcW w:w="2192" w:type="pct"/>
            <w:vAlign w:val="center"/>
          </w:tcPr>
          <w:p w14:paraId="009138DC" w14:textId="7B6B44B2" w:rsidR="0035772F" w:rsidRPr="00111060" w:rsidRDefault="000D10A0" w:rsidP="001110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 w:rsidRPr="00111060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O</w:t>
            </w:r>
            <w:r w:rsidR="0035772F" w:rsidRPr="00111060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statní</w:t>
            </w:r>
            <w:r w:rsidRPr="00111060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 xml:space="preserve"> části práce</w:t>
            </w:r>
          </w:p>
        </w:tc>
        <w:tc>
          <w:tcPr>
            <w:tcW w:w="1757" w:type="pct"/>
            <w:vAlign w:val="center"/>
          </w:tcPr>
          <w:p w14:paraId="5E3EF4DC" w14:textId="4633E122" w:rsidR="0035772F" w:rsidRPr="00111060" w:rsidRDefault="0035772F" w:rsidP="001110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 w:rsidRPr="00111060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ano</w:t>
            </w:r>
          </w:p>
        </w:tc>
        <w:tc>
          <w:tcPr>
            <w:tcW w:w="1051" w:type="pct"/>
            <w:vAlign w:val="center"/>
          </w:tcPr>
          <w:p w14:paraId="30448AD1" w14:textId="1A183339" w:rsidR="0035772F" w:rsidRPr="00111060" w:rsidRDefault="00A93FAF" w:rsidP="001110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cs-CZ"/>
              </w:rPr>
            </w:pPr>
            <w:r w:rsidRPr="00111060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>10,</w:t>
            </w:r>
            <w:r w:rsidR="00797073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 xml:space="preserve"> 11,</w:t>
            </w:r>
            <w:r w:rsidRPr="00111060">
              <w:rPr>
                <w:rFonts w:ascii="Times New Roman" w:hAnsi="Times New Roman" w:cs="Times New Roman"/>
                <w:sz w:val="24"/>
                <w:szCs w:val="24"/>
                <w:lang w:val="cs-CZ"/>
              </w:rPr>
              <w:t xml:space="preserve"> …</w:t>
            </w:r>
          </w:p>
        </w:tc>
      </w:tr>
    </w:tbl>
    <w:p w14:paraId="0E86113F" w14:textId="6AD44C5B" w:rsidR="00DE4F4E" w:rsidRPr="00111060" w:rsidRDefault="00EA5D65" w:rsidP="00DE4F4E">
      <w:pPr>
        <w:spacing w:after="0" w:line="360" w:lineRule="auto"/>
        <w:rPr>
          <w:rFonts w:ascii="Times New Roman" w:hAnsi="Times New Roman" w:cs="Times New Roman"/>
          <w:i/>
          <w:iCs/>
          <w:sz w:val="24"/>
          <w:szCs w:val="24"/>
          <w:lang w:val="cs-CZ"/>
        </w:rPr>
      </w:pPr>
      <w:r w:rsidRPr="00111060">
        <w:rPr>
          <w:rFonts w:ascii="Times New Roman" w:hAnsi="Times New Roman" w:cs="Times New Roman"/>
          <w:i/>
          <w:iCs/>
          <w:sz w:val="24"/>
          <w:szCs w:val="24"/>
          <w:lang w:val="cs-CZ"/>
        </w:rPr>
        <w:t>*nepovinné</w:t>
      </w:r>
      <w:r w:rsidR="006F5B86" w:rsidRPr="00111060">
        <w:rPr>
          <w:rFonts w:ascii="Times New Roman" w:hAnsi="Times New Roman" w:cs="Times New Roman"/>
          <w:i/>
          <w:iCs/>
          <w:sz w:val="24"/>
          <w:szCs w:val="24"/>
          <w:lang w:val="cs-CZ"/>
        </w:rPr>
        <w:t xml:space="preserve"> </w:t>
      </w:r>
      <w:r w:rsidR="00800671" w:rsidRPr="00111060">
        <w:rPr>
          <w:rFonts w:ascii="Times New Roman" w:hAnsi="Times New Roman" w:cs="Times New Roman"/>
          <w:i/>
          <w:iCs/>
          <w:sz w:val="24"/>
          <w:szCs w:val="24"/>
          <w:lang w:val="cs-CZ"/>
        </w:rPr>
        <w:t>(Při vynechání nepovinné části se číslování stran posune.)</w:t>
      </w:r>
    </w:p>
    <w:p w14:paraId="3789042B" w14:textId="688E57FB" w:rsidR="006A65F3" w:rsidRPr="001C0F04" w:rsidRDefault="001C0F04" w:rsidP="00BC4711">
      <w:pPr>
        <w:pStyle w:val="Nadpis1"/>
        <w:rPr>
          <w:lang w:val="cs-CZ"/>
        </w:rPr>
      </w:pPr>
      <w:bookmarkStart w:id="3" w:name="_Toc239631132"/>
      <w:r w:rsidRPr="001C0F04">
        <w:rPr>
          <w:lang w:val="cs-CZ"/>
        </w:rPr>
        <w:lastRenderedPageBreak/>
        <w:t>FORMÁLNÍ ÚPRAVA</w:t>
      </w:r>
      <w:bookmarkEnd w:id="3"/>
    </w:p>
    <w:p w14:paraId="31C078F5" w14:textId="5F80A3DF" w:rsidR="00704420" w:rsidRPr="00111060" w:rsidRDefault="00CB5F11" w:rsidP="00DA312D">
      <w:pPr>
        <w:pStyle w:val="Odstavecseseznamem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cs-CZ"/>
        </w:rPr>
      </w:pPr>
      <w:r w:rsidRPr="00111060">
        <w:rPr>
          <w:rFonts w:ascii="Times New Roman" w:hAnsi="Times New Roman" w:cs="Times New Roman"/>
          <w:sz w:val="24"/>
          <w:szCs w:val="24"/>
          <w:lang w:val="cs-CZ"/>
        </w:rPr>
        <w:t>A4</w:t>
      </w:r>
      <w:r w:rsidR="000D012F" w:rsidRPr="00111060">
        <w:rPr>
          <w:rFonts w:ascii="Times New Roman" w:hAnsi="Times New Roman" w:cs="Times New Roman"/>
          <w:sz w:val="24"/>
          <w:szCs w:val="24"/>
          <w:lang w:val="cs-CZ"/>
        </w:rPr>
        <w:t xml:space="preserve"> (210 x 297 mm) –</w:t>
      </w:r>
      <w:r w:rsidR="00F97082" w:rsidRPr="00111060">
        <w:rPr>
          <w:rFonts w:ascii="Times New Roman" w:hAnsi="Times New Roman" w:cs="Times New Roman"/>
          <w:sz w:val="24"/>
          <w:szCs w:val="24"/>
          <w:lang w:val="cs-CZ"/>
        </w:rPr>
        <w:t xml:space="preserve"> papír</w:t>
      </w:r>
      <w:r w:rsidR="000D012F" w:rsidRPr="00111060">
        <w:rPr>
          <w:rFonts w:ascii="Times New Roman" w:hAnsi="Times New Roman" w:cs="Times New Roman"/>
          <w:sz w:val="24"/>
          <w:szCs w:val="24"/>
          <w:lang w:val="cs-CZ"/>
        </w:rPr>
        <w:t xml:space="preserve"> bílý, neprůhledný, hladký</w:t>
      </w:r>
      <w:r w:rsidR="00F467D2" w:rsidRPr="00111060">
        <w:rPr>
          <w:rFonts w:ascii="Times New Roman" w:hAnsi="Times New Roman" w:cs="Times New Roman"/>
          <w:sz w:val="24"/>
          <w:szCs w:val="24"/>
          <w:lang w:val="cs-CZ"/>
        </w:rPr>
        <w:t>, matný</w:t>
      </w:r>
    </w:p>
    <w:p w14:paraId="57830BCD" w14:textId="77777777" w:rsidR="00704420" w:rsidRPr="00111060" w:rsidRDefault="00CB5F11" w:rsidP="00DA312D">
      <w:pPr>
        <w:pStyle w:val="Odstavecseseznamem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cs-CZ"/>
        </w:rPr>
      </w:pPr>
      <w:r w:rsidRPr="00111060">
        <w:rPr>
          <w:rFonts w:ascii="Times New Roman" w:hAnsi="Times New Roman" w:cs="Times New Roman"/>
          <w:sz w:val="24"/>
          <w:szCs w:val="24"/>
          <w:lang w:val="cs-CZ"/>
        </w:rPr>
        <w:t>Times New Roman 12 b</w:t>
      </w:r>
    </w:p>
    <w:p w14:paraId="01DF3DE4" w14:textId="63C94267" w:rsidR="00704420" w:rsidRPr="00111060" w:rsidRDefault="00226BA7" w:rsidP="00DA312D">
      <w:pPr>
        <w:pStyle w:val="Odstavecseseznamem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cs-CZ"/>
        </w:rPr>
      </w:pPr>
      <w:r w:rsidRPr="00111060">
        <w:rPr>
          <w:rFonts w:ascii="Times New Roman" w:hAnsi="Times New Roman" w:cs="Times New Roman"/>
          <w:sz w:val="24"/>
          <w:szCs w:val="24"/>
          <w:lang w:val="cs-CZ"/>
        </w:rPr>
        <w:t>Ř</w:t>
      </w:r>
      <w:r w:rsidR="00CB5F11" w:rsidRPr="00111060">
        <w:rPr>
          <w:rFonts w:ascii="Times New Roman" w:hAnsi="Times New Roman" w:cs="Times New Roman"/>
          <w:sz w:val="24"/>
          <w:szCs w:val="24"/>
          <w:lang w:val="cs-CZ"/>
        </w:rPr>
        <w:t>ádkování 1,5</w:t>
      </w:r>
    </w:p>
    <w:p w14:paraId="1DB194D4" w14:textId="58C8F4E8" w:rsidR="00704420" w:rsidRPr="00111060" w:rsidRDefault="00226BA7" w:rsidP="00DA312D">
      <w:pPr>
        <w:pStyle w:val="Odstavecseseznamem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cs-CZ"/>
        </w:rPr>
      </w:pPr>
      <w:r w:rsidRPr="00111060">
        <w:rPr>
          <w:rFonts w:ascii="Times New Roman" w:hAnsi="Times New Roman" w:cs="Times New Roman"/>
          <w:sz w:val="24"/>
          <w:szCs w:val="24"/>
          <w:lang w:val="cs-CZ"/>
        </w:rPr>
        <w:t>Z</w:t>
      </w:r>
      <w:r w:rsidR="00CB5F11" w:rsidRPr="00111060">
        <w:rPr>
          <w:rFonts w:ascii="Times New Roman" w:hAnsi="Times New Roman" w:cs="Times New Roman"/>
          <w:sz w:val="24"/>
          <w:szCs w:val="24"/>
          <w:lang w:val="cs-CZ"/>
        </w:rPr>
        <w:t>arovnání do bloku</w:t>
      </w:r>
    </w:p>
    <w:p w14:paraId="4DDC64BE" w14:textId="5BD8B7C0" w:rsidR="00704420" w:rsidRPr="00111060" w:rsidRDefault="00826B66" w:rsidP="00DA312D">
      <w:pPr>
        <w:pStyle w:val="Odstavecseseznamem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cs-CZ"/>
        </w:rPr>
      </w:pPr>
      <w:r w:rsidRPr="00111060">
        <w:rPr>
          <w:rFonts w:ascii="Times New Roman" w:hAnsi="Times New Roman" w:cs="Times New Roman"/>
          <w:sz w:val="24"/>
          <w:szCs w:val="24"/>
          <w:lang w:val="cs-CZ"/>
        </w:rPr>
        <w:t xml:space="preserve">Okraje </w:t>
      </w:r>
      <w:r w:rsidR="00B0325A" w:rsidRPr="00111060">
        <w:rPr>
          <w:rFonts w:ascii="Times New Roman" w:hAnsi="Times New Roman" w:cs="Times New Roman"/>
          <w:sz w:val="24"/>
          <w:szCs w:val="24"/>
          <w:lang w:val="cs-CZ"/>
        </w:rPr>
        <w:t>–</w:t>
      </w:r>
      <w:r w:rsidRPr="00111060">
        <w:rPr>
          <w:rFonts w:ascii="Times New Roman" w:hAnsi="Times New Roman" w:cs="Times New Roman"/>
          <w:sz w:val="24"/>
          <w:szCs w:val="24"/>
          <w:lang w:val="cs-CZ"/>
        </w:rPr>
        <w:t xml:space="preserve"> l</w:t>
      </w:r>
      <w:r w:rsidR="00CB5F11" w:rsidRPr="00111060">
        <w:rPr>
          <w:rFonts w:ascii="Times New Roman" w:hAnsi="Times New Roman" w:cs="Times New Roman"/>
          <w:sz w:val="24"/>
          <w:szCs w:val="24"/>
          <w:lang w:val="cs-CZ"/>
        </w:rPr>
        <w:t>evý 3,5 cm, ostatní 2,5 cm</w:t>
      </w:r>
    </w:p>
    <w:p w14:paraId="0FD46155" w14:textId="7AC47768" w:rsidR="009920D4" w:rsidRPr="00111060" w:rsidRDefault="009920D4" w:rsidP="00DA312D">
      <w:pPr>
        <w:pStyle w:val="Odstavecseseznamem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cs-CZ"/>
        </w:rPr>
      </w:pPr>
      <w:r w:rsidRPr="00111060">
        <w:rPr>
          <w:rFonts w:ascii="Times New Roman" w:hAnsi="Times New Roman" w:cs="Times New Roman"/>
          <w:sz w:val="24"/>
          <w:szCs w:val="24"/>
          <w:lang w:val="cs-CZ"/>
        </w:rPr>
        <w:t>Poznámky pod čarou 10 b</w:t>
      </w:r>
    </w:p>
    <w:p w14:paraId="79F7A7C3" w14:textId="460803FF" w:rsidR="00704420" w:rsidRPr="00111060" w:rsidRDefault="00B0325A" w:rsidP="00DA312D">
      <w:pPr>
        <w:pStyle w:val="Odstavecseseznamem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cs-CZ"/>
        </w:rPr>
      </w:pPr>
      <w:r w:rsidRPr="00111060">
        <w:rPr>
          <w:rFonts w:ascii="Times New Roman" w:hAnsi="Times New Roman" w:cs="Times New Roman"/>
          <w:sz w:val="24"/>
          <w:szCs w:val="24"/>
          <w:lang w:val="cs-CZ"/>
        </w:rPr>
        <w:t>Styly názvů kapitol</w:t>
      </w:r>
      <w:r w:rsidR="00B465E4" w:rsidRPr="00111060">
        <w:rPr>
          <w:rFonts w:ascii="Times New Roman" w:hAnsi="Times New Roman" w:cs="Times New Roman"/>
          <w:sz w:val="24"/>
          <w:szCs w:val="24"/>
          <w:lang w:val="cs-CZ"/>
        </w:rPr>
        <w:t xml:space="preserve"> – </w:t>
      </w:r>
      <w:r w:rsidR="00CB5F11" w:rsidRPr="00111060">
        <w:rPr>
          <w:rFonts w:ascii="Times New Roman" w:hAnsi="Times New Roman" w:cs="Times New Roman"/>
          <w:sz w:val="24"/>
          <w:szCs w:val="24"/>
          <w:lang w:val="cs-CZ"/>
        </w:rPr>
        <w:t>Nadpis 1: 16 b tučně</w:t>
      </w:r>
      <w:r w:rsidR="00B465E4" w:rsidRPr="00111060">
        <w:rPr>
          <w:rFonts w:ascii="Times New Roman" w:hAnsi="Times New Roman" w:cs="Times New Roman"/>
          <w:sz w:val="24"/>
          <w:szCs w:val="24"/>
          <w:lang w:val="cs-CZ"/>
        </w:rPr>
        <w:t xml:space="preserve">; </w:t>
      </w:r>
      <w:r w:rsidR="00CB5F11" w:rsidRPr="00111060">
        <w:rPr>
          <w:rFonts w:ascii="Times New Roman" w:hAnsi="Times New Roman" w:cs="Times New Roman"/>
          <w:sz w:val="24"/>
          <w:szCs w:val="24"/>
          <w:lang w:val="cs-CZ"/>
        </w:rPr>
        <w:t>Nadpis 2: 14 b tučně</w:t>
      </w:r>
    </w:p>
    <w:p w14:paraId="75EF7F5D" w14:textId="77777777" w:rsidR="00250AD5" w:rsidRPr="00111060" w:rsidRDefault="00250AD5" w:rsidP="00263B3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cs-CZ"/>
        </w:rPr>
      </w:pPr>
    </w:p>
    <w:p w14:paraId="6F95CDB7" w14:textId="7BDDBBDF" w:rsidR="00747BE4" w:rsidRPr="009A456C" w:rsidRDefault="3FFA226A" w:rsidP="00B15AD6">
      <w:pPr>
        <w:pStyle w:val="Odstavecseseznamem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9A456C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Zkratky v textu uvádějte tak, že při jejich prvním použití vypíšete celý název a do závorky uvedete zkratku s označením „dále jen“.</w:t>
      </w:r>
    </w:p>
    <w:p w14:paraId="26003E56" w14:textId="6120EDB4" w:rsidR="008D528B" w:rsidRPr="00111060" w:rsidRDefault="00C44D70" w:rsidP="00B15AD6">
      <w:pPr>
        <w:pStyle w:val="Odstavecseseznamem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C44D70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Text se píše a tiskne pouze jednostranně.</w:t>
      </w:r>
      <w:r w:rsidR="008D528B" w:rsidRPr="00111060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 xml:space="preserve"> Orientace na výšku.</w:t>
      </w:r>
    </w:p>
    <w:p w14:paraId="5A4DCB79" w14:textId="77777777" w:rsidR="00446945" w:rsidRPr="00111060" w:rsidRDefault="00446945" w:rsidP="00446945">
      <w:pPr>
        <w:pStyle w:val="Odstavecseseznamem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111060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Kapitoly začínají vždy na nové stránce.</w:t>
      </w:r>
    </w:p>
    <w:p w14:paraId="5C477490" w14:textId="1C87DA9E" w:rsidR="00A07FB5" w:rsidRPr="00111060" w:rsidRDefault="00A07FB5" w:rsidP="00446945">
      <w:pPr>
        <w:pStyle w:val="Odstavecseseznamem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111060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V nadpisech kapitol, podkapitol a oddílů nepoužívejte zkratky. Zkratky se zavádějí až v textu po prvním uvedení celého názvu.</w:t>
      </w:r>
    </w:p>
    <w:p w14:paraId="1A4750BD" w14:textId="40A42309" w:rsidR="00446945" w:rsidRPr="00111060" w:rsidRDefault="00446945" w:rsidP="00446945">
      <w:pPr>
        <w:pStyle w:val="Odstavecseseznamem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111060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Za koncovou číslicí kapitoly, podkapitoly</w:t>
      </w:r>
      <w:r w:rsidR="00C23BAD" w:rsidRPr="00111060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 xml:space="preserve"> </w:t>
      </w:r>
      <w:r w:rsidRPr="00111060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se nedělá tečka.</w:t>
      </w:r>
    </w:p>
    <w:p w14:paraId="578BAEF7" w14:textId="74C741FF" w:rsidR="00867049" w:rsidRPr="009A456C" w:rsidRDefault="5CACCB48" w:rsidP="5CACCB48">
      <w:pPr>
        <w:pStyle w:val="Odstavecseseznamem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9A456C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Na řádcích psát text plynule, bez pohledu na končící řádek, klávesu Enter používat pouze při ukončování celého odstavce.</w:t>
      </w:r>
    </w:p>
    <w:p w14:paraId="3696D107" w14:textId="77777777" w:rsidR="002468EC" w:rsidRPr="00111060" w:rsidRDefault="001A09C9" w:rsidP="001A09C9">
      <w:pPr>
        <w:numPr>
          <w:ilvl w:val="0"/>
          <w:numId w:val="16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111060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 xml:space="preserve">Pro odstavce je doporučeno používat tabulátor (cca 1 cm od levého okraje). Použijte ho vždy při nové myšlence – </w:t>
      </w:r>
      <w:r w:rsidR="002468EC" w:rsidRPr="00111060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kurzor</w:t>
      </w:r>
      <w:r w:rsidRPr="00111060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 xml:space="preserve"> na novém řádku + tabulátor. </w:t>
      </w:r>
    </w:p>
    <w:p w14:paraId="16CC0CF2" w14:textId="2954D5B2" w:rsidR="001A09C9" w:rsidRPr="00111060" w:rsidRDefault="001A09C9" w:rsidP="001A09C9">
      <w:pPr>
        <w:numPr>
          <w:ilvl w:val="0"/>
          <w:numId w:val="16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111060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Odstavce se neoddělují volným řádkem.</w:t>
      </w:r>
    </w:p>
    <w:p w14:paraId="5CF15455" w14:textId="77777777" w:rsidR="00A9277E" w:rsidRPr="00111060" w:rsidRDefault="00E61E23" w:rsidP="00B15AD6">
      <w:pPr>
        <w:pStyle w:val="Odstavecseseznamem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111060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Na konci řádku nesmí zůstat jednopísmenná předložka či spojka (v, s, k, z, u, o, a, i). Při výskytu je zapotřebí použít tzv. tvrdou mezeru (Ctrl + Shift + mezerník).</w:t>
      </w:r>
      <w:r w:rsidR="00A9277E" w:rsidRPr="00111060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 xml:space="preserve"> </w:t>
      </w:r>
    </w:p>
    <w:p w14:paraId="5284E6CD" w14:textId="65978567" w:rsidR="00A9277E" w:rsidRPr="00111060" w:rsidRDefault="3FFA226A" w:rsidP="00B15AD6">
      <w:pPr>
        <w:pStyle w:val="Odstavecseseznamem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3FFA226A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Konec řádku nesmí rovněž oddělit číselné údaje v datu (1._1._2021</w:t>
      </w:r>
      <w:r w:rsidR="009429D5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 xml:space="preserve"> &gt;&gt; napsáno v textu: 1. 1. 2021</w:t>
      </w:r>
      <w:r w:rsidR="00976679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 xml:space="preserve"> na jednom řádku</w:t>
      </w:r>
      <w:r w:rsidRPr="3FFA226A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 xml:space="preserve">) </w:t>
      </w:r>
      <w:r w:rsidRPr="009A456C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a několikamístné číselné údaje (např.: 1_250_000</w:t>
      </w:r>
      <w:r w:rsidR="009429D5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 xml:space="preserve"> &gt;&gt; napsáno v textu 1 250</w:t>
      </w:r>
      <w:r w:rsidR="00976679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 </w:t>
      </w:r>
      <w:r w:rsidR="009429D5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000</w:t>
      </w:r>
      <w:r w:rsidR="00976679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 xml:space="preserve"> na jednom řádku</w:t>
      </w:r>
      <w:r w:rsidRPr="009A456C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).</w:t>
      </w:r>
    </w:p>
    <w:p w14:paraId="5703E48F" w14:textId="77777777" w:rsidR="00A9277E" w:rsidRPr="00111060" w:rsidRDefault="00A9277E" w:rsidP="00B15AD6">
      <w:pPr>
        <w:pStyle w:val="Odstavecseseznamem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111060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Na konci řádku se nesmí dělit slova.</w:t>
      </w:r>
    </w:p>
    <w:p w14:paraId="1893B195" w14:textId="77777777" w:rsidR="00F97082" w:rsidRPr="00111060" w:rsidRDefault="3FFA226A" w:rsidP="00013FCE">
      <w:pPr>
        <w:pStyle w:val="Odstavecseseznamem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3FFA226A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V poznámce pod čarou na konci dané stránky je vhodné uvést vysvětlivky, které pomohou čtenáři lépe pochopit význam – např.: překlad cizího slova apod. Dál</w:t>
      </w:r>
      <w:r w:rsidRPr="009429D5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e do poznámky pod čarou uvádíme citaci zdroje.</w:t>
      </w:r>
    </w:p>
    <w:p w14:paraId="727E04A1" w14:textId="6191270B" w:rsidR="00013FCE" w:rsidRPr="00111060" w:rsidRDefault="00013FCE" w:rsidP="00013FCE">
      <w:pPr>
        <w:pStyle w:val="Odstavecseseznamem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111060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V práci musí být správně používány mezery:</w:t>
      </w:r>
    </w:p>
    <w:p w14:paraId="67848567" w14:textId="77777777" w:rsidR="00013FCE" w:rsidRPr="00111060" w:rsidRDefault="00013FCE" w:rsidP="00F97082">
      <w:pPr>
        <w:numPr>
          <w:ilvl w:val="1"/>
          <w:numId w:val="19"/>
        </w:numPr>
        <w:spacing w:after="0" w:line="360" w:lineRule="auto"/>
        <w:ind w:left="1077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111060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lastRenderedPageBreak/>
        <w:t>nesmí se používat několik mezer za sebou;</w:t>
      </w:r>
    </w:p>
    <w:p w14:paraId="482A8E86" w14:textId="62B02278" w:rsidR="008F0987" w:rsidRPr="00111060" w:rsidRDefault="00013FCE" w:rsidP="008F0987">
      <w:pPr>
        <w:numPr>
          <w:ilvl w:val="1"/>
          <w:numId w:val="19"/>
        </w:numPr>
        <w:spacing w:after="0" w:line="360" w:lineRule="auto"/>
        <w:ind w:left="1077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111060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mezera nesmí být před a musí být za každým interpunkčním znaménkem (tečka, čárka, dvojtečka, vykřičník středník atd.);</w:t>
      </w:r>
    </w:p>
    <w:p w14:paraId="03A97707" w14:textId="3300FE5A" w:rsidR="00013FCE" w:rsidRPr="00111060" w:rsidRDefault="00013FCE" w:rsidP="00F97082">
      <w:pPr>
        <w:numPr>
          <w:ilvl w:val="1"/>
          <w:numId w:val="19"/>
        </w:numPr>
        <w:spacing w:after="0" w:line="360" w:lineRule="auto"/>
        <w:ind w:left="1077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111060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mezera musí být i za každou tečkou v datech a zkratkách (např.: 31. 12. 2021, a. s.);</w:t>
      </w:r>
    </w:p>
    <w:p w14:paraId="602B1BB6" w14:textId="6BA7428F" w:rsidR="00046F14" w:rsidRPr="00567553" w:rsidRDefault="00013FCE" w:rsidP="00567553">
      <w:pPr>
        <w:numPr>
          <w:ilvl w:val="1"/>
          <w:numId w:val="19"/>
        </w:numPr>
        <w:spacing w:after="0" w:line="360" w:lineRule="auto"/>
        <w:ind w:left="1077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567553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mezery nesmí být uvnitř závorky, text přiléhá k závorce (například).</w:t>
      </w:r>
    </w:p>
    <w:p w14:paraId="2EEBA261" w14:textId="23B91FEC" w:rsidR="00FE3260" w:rsidRPr="001C0F04" w:rsidRDefault="00FE3260" w:rsidP="00FE3260">
      <w:pPr>
        <w:pStyle w:val="Nadpis1"/>
        <w:rPr>
          <w:lang w:val="cs-CZ"/>
        </w:rPr>
      </w:pPr>
      <w:bookmarkStart w:id="4" w:name="_Toc239631133"/>
      <w:r>
        <w:rPr>
          <w:lang w:val="cs-CZ"/>
        </w:rPr>
        <w:t>ROZSAH PRÁCE</w:t>
      </w:r>
      <w:bookmarkEnd w:id="4"/>
    </w:p>
    <w:p w14:paraId="79E4A566" w14:textId="77777777" w:rsidR="00FE3260" w:rsidRDefault="00FE3260" w:rsidP="00A13860">
      <w:pPr>
        <w:pStyle w:val="Odstavecseseznamem"/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40"/>
          <w:lang w:val="cs-CZ" w:eastAsia="cs-CZ"/>
        </w:rPr>
      </w:pPr>
      <w:r w:rsidRPr="00A13860">
        <w:rPr>
          <w:rFonts w:ascii="Times New Roman" w:eastAsia="Times New Roman" w:hAnsi="Times New Roman" w:cs="Times New Roman"/>
          <w:sz w:val="24"/>
          <w:szCs w:val="40"/>
          <w:lang w:val="cs-CZ" w:eastAsia="cs-CZ"/>
        </w:rPr>
        <w:t xml:space="preserve">Maturitní práce rozsah min. 20 a maximálně 35 stran textu. Tento rozsah tvoří jádro práce (od strany s úvodem až po poslední stranu v seznamu použité literatury). </w:t>
      </w:r>
    </w:p>
    <w:p w14:paraId="2812CCFD" w14:textId="7B5446DD" w:rsidR="009E73A6" w:rsidRDefault="009E73A6" w:rsidP="00A13860">
      <w:pPr>
        <w:pStyle w:val="Odstavecseseznamem"/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40"/>
          <w:lang w:val="cs-CZ" w:eastAsia="cs-CZ"/>
        </w:rPr>
      </w:pPr>
      <w:r w:rsidRPr="009E73A6">
        <w:rPr>
          <w:rFonts w:ascii="Times New Roman" w:eastAsia="Times New Roman" w:hAnsi="Times New Roman" w:cs="Times New Roman"/>
          <w:sz w:val="24"/>
          <w:szCs w:val="40"/>
          <w:lang w:val="cs-CZ" w:eastAsia="cs-CZ"/>
        </w:rPr>
        <w:t>Teoretická část a praktická část tvoří každá přibližně polovinu hlavního textu práce.</w:t>
      </w:r>
    </w:p>
    <w:p w14:paraId="0B8BD1E6" w14:textId="1ACE2B16" w:rsidR="006A65F3" w:rsidRPr="001C0F04" w:rsidRDefault="001C0F04" w:rsidP="00BC4711">
      <w:pPr>
        <w:pStyle w:val="Nadpis1"/>
        <w:rPr>
          <w:lang w:val="cs-CZ"/>
        </w:rPr>
      </w:pPr>
      <w:bookmarkStart w:id="5" w:name="_Toc239631134"/>
      <w:r w:rsidRPr="001C0F04">
        <w:rPr>
          <w:lang w:val="cs-CZ"/>
        </w:rPr>
        <w:t>JAK PSÁT JEDNOTLIVÉ ČÁSTI</w:t>
      </w:r>
      <w:bookmarkEnd w:id="5"/>
    </w:p>
    <w:p w14:paraId="638989D5" w14:textId="72F755AB" w:rsidR="00DF0B74" w:rsidRDefault="00DF0B74" w:rsidP="00AE5780">
      <w:pPr>
        <w:pStyle w:val="Odstavecseseznamem"/>
        <w:numPr>
          <w:ilvl w:val="0"/>
          <w:numId w:val="37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Anotace</w:t>
      </w:r>
    </w:p>
    <w:p w14:paraId="7C1AB746" w14:textId="088D706E" w:rsidR="00DF0B74" w:rsidRDefault="00CF2A14" w:rsidP="00DF0B74">
      <w:pPr>
        <w:pStyle w:val="Odstavecseseznamem"/>
        <w:numPr>
          <w:ilvl w:val="1"/>
          <w:numId w:val="37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Anotace je krátký text, který shrnuje hlavní cíl</w:t>
      </w:r>
      <w:r w:rsidR="00E43DCB">
        <w:rPr>
          <w:rFonts w:ascii="Times New Roman" w:hAnsi="Times New Roman" w:cs="Times New Roman"/>
          <w:sz w:val="24"/>
          <w:szCs w:val="24"/>
          <w:lang w:val="cs-CZ"/>
        </w:rPr>
        <w:t xml:space="preserve">, obsah a výsledky maturitní práce. Má za úkol zaujmout potenciálního čtenáře a informovat ho o tom, co ho čeká v celé práci. Anotace by </w:t>
      </w:r>
      <w:r w:rsidR="00071C71">
        <w:rPr>
          <w:rFonts w:ascii="Times New Roman" w:hAnsi="Times New Roman" w:cs="Times New Roman"/>
          <w:sz w:val="24"/>
          <w:szCs w:val="24"/>
          <w:lang w:val="cs-CZ"/>
        </w:rPr>
        <w:t>měla být napsána souvisle a jasně. Obvykle má rozsah 100–150 slov.</w:t>
      </w:r>
    </w:p>
    <w:p w14:paraId="64A2240C" w14:textId="57C5744C" w:rsidR="007B2AAA" w:rsidRDefault="00D5645E" w:rsidP="00DF0B74">
      <w:pPr>
        <w:pStyle w:val="Odstavecseseznamem"/>
        <w:numPr>
          <w:ilvl w:val="1"/>
          <w:numId w:val="37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Č</w:t>
      </w:r>
      <w:r w:rsidR="00567553">
        <w:rPr>
          <w:rFonts w:ascii="Times New Roman" w:hAnsi="Times New Roman" w:cs="Times New Roman"/>
          <w:sz w:val="24"/>
          <w:szCs w:val="24"/>
          <w:lang w:val="cs-CZ"/>
        </w:rPr>
        <w:t>lenění</w:t>
      </w:r>
      <w:r>
        <w:rPr>
          <w:rFonts w:ascii="Times New Roman" w:hAnsi="Times New Roman" w:cs="Times New Roman"/>
          <w:sz w:val="24"/>
          <w:szCs w:val="24"/>
          <w:lang w:val="cs-CZ"/>
        </w:rPr>
        <w:t xml:space="preserve">: </w:t>
      </w:r>
    </w:p>
    <w:p w14:paraId="2A803396" w14:textId="5D8719A1" w:rsidR="007B2AAA" w:rsidRDefault="00D5645E" w:rsidP="007B2AAA">
      <w:pPr>
        <w:pStyle w:val="Odstavecseseznamem"/>
        <w:numPr>
          <w:ilvl w:val="2"/>
          <w:numId w:val="37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Anotace</w:t>
      </w:r>
      <w:r w:rsidR="00CA70E6">
        <w:rPr>
          <w:rFonts w:ascii="Times New Roman" w:hAnsi="Times New Roman" w:cs="Times New Roman"/>
          <w:sz w:val="24"/>
          <w:szCs w:val="24"/>
          <w:lang w:val="cs-CZ"/>
        </w:rPr>
        <w:t xml:space="preserve"> (</w:t>
      </w:r>
      <w:r w:rsidR="007B4131">
        <w:rPr>
          <w:rFonts w:ascii="Times New Roman" w:hAnsi="Times New Roman" w:cs="Times New Roman"/>
          <w:sz w:val="24"/>
          <w:szCs w:val="24"/>
          <w:lang w:val="cs-CZ"/>
        </w:rPr>
        <w:t>nadpis</w:t>
      </w:r>
      <w:r w:rsidR="00567553">
        <w:rPr>
          <w:rFonts w:ascii="Times New Roman" w:hAnsi="Times New Roman" w:cs="Times New Roman"/>
          <w:sz w:val="24"/>
          <w:szCs w:val="24"/>
          <w:lang w:val="cs-CZ"/>
        </w:rPr>
        <w:t xml:space="preserve"> 1 –</w:t>
      </w:r>
      <w:r w:rsidR="007B4131">
        <w:rPr>
          <w:rFonts w:ascii="Times New Roman" w:hAnsi="Times New Roman" w:cs="Times New Roman"/>
          <w:sz w:val="24"/>
          <w:szCs w:val="24"/>
          <w:lang w:val="cs-CZ"/>
        </w:rPr>
        <w:t xml:space="preserve"> 16 b., tučné)</w:t>
      </w:r>
    </w:p>
    <w:p w14:paraId="114BD95C" w14:textId="59CA440A" w:rsidR="007B2AAA" w:rsidRDefault="00EC7786" w:rsidP="007B2AAA">
      <w:pPr>
        <w:pStyle w:val="Odstavecseseznamem"/>
        <w:numPr>
          <w:ilvl w:val="2"/>
          <w:numId w:val="37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Klíčová slova</w:t>
      </w:r>
      <w:r w:rsidR="007B2AAA">
        <w:rPr>
          <w:rFonts w:ascii="Times New Roman" w:hAnsi="Times New Roman" w:cs="Times New Roman"/>
          <w:sz w:val="24"/>
          <w:szCs w:val="24"/>
          <w:lang w:val="cs-CZ"/>
        </w:rPr>
        <w:t xml:space="preserve"> (</w:t>
      </w:r>
      <w:r w:rsidR="000F4864">
        <w:rPr>
          <w:rFonts w:ascii="Times New Roman" w:hAnsi="Times New Roman" w:cs="Times New Roman"/>
          <w:sz w:val="24"/>
          <w:szCs w:val="24"/>
          <w:lang w:val="cs-CZ"/>
        </w:rPr>
        <w:t xml:space="preserve">vel. </w:t>
      </w:r>
      <w:r w:rsidR="007B2AAA">
        <w:rPr>
          <w:rFonts w:ascii="Times New Roman" w:hAnsi="Times New Roman" w:cs="Times New Roman"/>
          <w:sz w:val="24"/>
          <w:szCs w:val="24"/>
          <w:lang w:val="cs-CZ"/>
        </w:rPr>
        <w:t xml:space="preserve">12 b., tučné), </w:t>
      </w:r>
      <w:r w:rsidR="00CD172A">
        <w:rPr>
          <w:rFonts w:ascii="Times New Roman" w:hAnsi="Times New Roman" w:cs="Times New Roman"/>
          <w:sz w:val="24"/>
          <w:szCs w:val="24"/>
          <w:lang w:val="cs-CZ"/>
        </w:rPr>
        <w:t>3–5 slov oddělených střední</w:t>
      </w:r>
      <w:r w:rsidR="00695568">
        <w:rPr>
          <w:rFonts w:ascii="Times New Roman" w:hAnsi="Times New Roman" w:cs="Times New Roman"/>
          <w:sz w:val="24"/>
          <w:szCs w:val="24"/>
          <w:lang w:val="cs-CZ"/>
        </w:rPr>
        <w:t>kem</w:t>
      </w:r>
    </w:p>
    <w:p w14:paraId="0C7B01BA" w14:textId="220E70D9" w:rsidR="007B2AAA" w:rsidRDefault="00D5645E" w:rsidP="007B2AAA">
      <w:pPr>
        <w:pStyle w:val="Odstavecseseznamem"/>
        <w:numPr>
          <w:ilvl w:val="2"/>
          <w:numId w:val="37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cs-CZ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cs-CZ"/>
        </w:rPr>
        <w:t>Annotation</w:t>
      </w:r>
      <w:proofErr w:type="spellEnd"/>
      <w:r w:rsidR="007B2AAA">
        <w:rPr>
          <w:rFonts w:ascii="Times New Roman" w:hAnsi="Times New Roman" w:cs="Times New Roman"/>
          <w:sz w:val="24"/>
          <w:szCs w:val="24"/>
          <w:lang w:val="cs-CZ"/>
        </w:rPr>
        <w:t xml:space="preserve"> (</w:t>
      </w:r>
      <w:r w:rsidR="000F4864">
        <w:rPr>
          <w:rFonts w:ascii="Times New Roman" w:hAnsi="Times New Roman" w:cs="Times New Roman"/>
          <w:sz w:val="24"/>
          <w:szCs w:val="24"/>
          <w:lang w:val="cs-CZ"/>
        </w:rPr>
        <w:t xml:space="preserve">vel. </w:t>
      </w:r>
      <w:r w:rsidR="007B2AAA">
        <w:rPr>
          <w:rFonts w:ascii="Times New Roman" w:hAnsi="Times New Roman" w:cs="Times New Roman"/>
          <w:sz w:val="24"/>
          <w:szCs w:val="24"/>
          <w:lang w:val="cs-CZ"/>
        </w:rPr>
        <w:t xml:space="preserve">16 b., tučné), </w:t>
      </w:r>
      <w:r w:rsidR="00695568">
        <w:rPr>
          <w:rFonts w:ascii="Times New Roman" w:hAnsi="Times New Roman" w:cs="Times New Roman"/>
          <w:sz w:val="24"/>
          <w:szCs w:val="24"/>
          <w:lang w:val="cs-CZ"/>
        </w:rPr>
        <w:t>předklad anotace do anglického jazyka</w:t>
      </w:r>
    </w:p>
    <w:p w14:paraId="16C393DA" w14:textId="11097B5E" w:rsidR="00EC7786" w:rsidRDefault="00D5645E" w:rsidP="007B2AAA">
      <w:pPr>
        <w:pStyle w:val="Odstavecseseznamem"/>
        <w:numPr>
          <w:ilvl w:val="2"/>
          <w:numId w:val="37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cs-CZ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cs-CZ"/>
        </w:rPr>
        <w:t>Keywords</w:t>
      </w:r>
      <w:proofErr w:type="spellEnd"/>
      <w:r w:rsidR="007B2AAA">
        <w:rPr>
          <w:rFonts w:ascii="Times New Roman" w:hAnsi="Times New Roman" w:cs="Times New Roman"/>
          <w:sz w:val="24"/>
          <w:szCs w:val="24"/>
          <w:lang w:val="cs-CZ"/>
        </w:rPr>
        <w:t xml:space="preserve"> (</w:t>
      </w:r>
      <w:r w:rsidR="000F4864">
        <w:rPr>
          <w:rFonts w:ascii="Times New Roman" w:hAnsi="Times New Roman" w:cs="Times New Roman"/>
          <w:sz w:val="24"/>
          <w:szCs w:val="24"/>
          <w:lang w:val="cs-CZ"/>
        </w:rPr>
        <w:t xml:space="preserve">vel. </w:t>
      </w:r>
      <w:r w:rsidR="007B2AAA">
        <w:rPr>
          <w:rFonts w:ascii="Times New Roman" w:hAnsi="Times New Roman" w:cs="Times New Roman"/>
          <w:sz w:val="24"/>
          <w:szCs w:val="24"/>
          <w:lang w:val="cs-CZ"/>
        </w:rPr>
        <w:t xml:space="preserve">12 b., tučné), </w:t>
      </w:r>
      <w:r w:rsidR="00695568">
        <w:rPr>
          <w:rFonts w:ascii="Times New Roman" w:hAnsi="Times New Roman" w:cs="Times New Roman"/>
          <w:sz w:val="24"/>
          <w:szCs w:val="24"/>
          <w:lang w:val="cs-CZ"/>
        </w:rPr>
        <w:t>překlad klíčových slov do anglického jazyka</w:t>
      </w:r>
    </w:p>
    <w:p w14:paraId="5BE588AF" w14:textId="02E9EF2F" w:rsidR="00931CCA" w:rsidRDefault="00CB5F11" w:rsidP="00AE5780">
      <w:pPr>
        <w:pStyle w:val="Odstavecseseznamem"/>
        <w:numPr>
          <w:ilvl w:val="0"/>
          <w:numId w:val="37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cs-CZ"/>
        </w:rPr>
      </w:pPr>
      <w:r w:rsidRPr="00931CCA">
        <w:rPr>
          <w:rFonts w:ascii="Times New Roman" w:hAnsi="Times New Roman" w:cs="Times New Roman"/>
          <w:sz w:val="24"/>
          <w:szCs w:val="24"/>
          <w:lang w:val="cs-CZ"/>
        </w:rPr>
        <w:t>Úvod představí téma a cíl práce</w:t>
      </w:r>
      <w:r w:rsidR="00AE3602">
        <w:rPr>
          <w:rFonts w:ascii="Times New Roman" w:hAnsi="Times New Roman" w:cs="Times New Roman"/>
          <w:sz w:val="24"/>
          <w:szCs w:val="24"/>
          <w:lang w:val="cs-CZ"/>
        </w:rPr>
        <w:t>:</w:t>
      </w:r>
    </w:p>
    <w:p w14:paraId="5867EF94" w14:textId="4AE7BE86" w:rsidR="00931CCA" w:rsidRDefault="001D3D4D" w:rsidP="00AE5780">
      <w:pPr>
        <w:pStyle w:val="Odstavecseseznamem"/>
        <w:numPr>
          <w:ilvl w:val="1"/>
          <w:numId w:val="37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Úvod je zpracován</w:t>
      </w:r>
      <w:r w:rsidR="00AE5780" w:rsidRPr="00931CCA">
        <w:rPr>
          <w:rFonts w:ascii="Times New Roman" w:hAnsi="Times New Roman" w:cs="Times New Roman"/>
          <w:sz w:val="24"/>
          <w:szCs w:val="24"/>
          <w:lang w:val="cs-CZ"/>
        </w:rPr>
        <w:t xml:space="preserve"> v 1. osobě jednotného čísla (já).</w:t>
      </w:r>
    </w:p>
    <w:p w14:paraId="336B27F9" w14:textId="123F6929" w:rsidR="00F0174D" w:rsidRDefault="00AE5780" w:rsidP="00263B3F">
      <w:pPr>
        <w:pStyle w:val="Odstavecseseznamem"/>
        <w:numPr>
          <w:ilvl w:val="1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931CCA">
        <w:rPr>
          <w:rFonts w:ascii="Times New Roman" w:hAnsi="Times New Roman" w:cs="Times New Roman"/>
          <w:sz w:val="24"/>
          <w:szCs w:val="24"/>
          <w:lang w:val="cs-CZ"/>
        </w:rPr>
        <w:t xml:space="preserve">V úvodu stručně představte téma své maturitní práce a vysvětlete, proč jste si jej zvolili. Čtenáře seznamte s obsahem práce, stručně popište </w:t>
      </w:r>
      <w:r w:rsidR="00AF7CC6">
        <w:rPr>
          <w:rFonts w:ascii="Times New Roman" w:hAnsi="Times New Roman" w:cs="Times New Roman"/>
          <w:sz w:val="24"/>
          <w:szCs w:val="24"/>
          <w:lang w:val="cs-CZ"/>
        </w:rPr>
        <w:t>probl</w:t>
      </w:r>
      <w:r w:rsidR="00C341A2">
        <w:rPr>
          <w:rFonts w:ascii="Times New Roman" w:hAnsi="Times New Roman" w:cs="Times New Roman"/>
          <w:sz w:val="24"/>
          <w:szCs w:val="24"/>
          <w:lang w:val="cs-CZ"/>
        </w:rPr>
        <w:t>ematiku vč. zajímavostí, které by mohly čtenáře nalákat k prostudování dalších stránek práce. N</w:t>
      </w:r>
      <w:r w:rsidRPr="00931CCA">
        <w:rPr>
          <w:rFonts w:ascii="Times New Roman" w:hAnsi="Times New Roman" w:cs="Times New Roman"/>
          <w:sz w:val="24"/>
          <w:szCs w:val="24"/>
          <w:lang w:val="cs-CZ"/>
        </w:rPr>
        <w:t xml:space="preserve">aznačte strukturu práce. </w:t>
      </w:r>
    </w:p>
    <w:p w14:paraId="25B20D1B" w14:textId="77777777" w:rsidR="00F0174D" w:rsidRDefault="00F0174D">
      <w:pPr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br w:type="page"/>
      </w:r>
    </w:p>
    <w:p w14:paraId="6F791915" w14:textId="42A3EEAF" w:rsidR="00704420" w:rsidRDefault="00CB5F11" w:rsidP="00C93D6C">
      <w:pPr>
        <w:pStyle w:val="Odstavecseseznamem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AE3602">
        <w:rPr>
          <w:rFonts w:ascii="Times New Roman" w:hAnsi="Times New Roman" w:cs="Times New Roman"/>
          <w:sz w:val="24"/>
          <w:szCs w:val="24"/>
          <w:lang w:val="cs-CZ"/>
        </w:rPr>
        <w:lastRenderedPageBreak/>
        <w:t>Teoretická část shrnuje odborné poznatky s</w:t>
      </w:r>
      <w:r w:rsidR="00166C7E">
        <w:rPr>
          <w:rFonts w:ascii="Times New Roman" w:hAnsi="Times New Roman" w:cs="Times New Roman"/>
          <w:sz w:val="24"/>
          <w:szCs w:val="24"/>
          <w:lang w:val="cs-CZ"/>
        </w:rPr>
        <w:t> </w:t>
      </w:r>
      <w:r w:rsidRPr="00AE3602">
        <w:rPr>
          <w:rFonts w:ascii="Times New Roman" w:hAnsi="Times New Roman" w:cs="Times New Roman"/>
          <w:sz w:val="24"/>
          <w:szCs w:val="24"/>
          <w:lang w:val="cs-CZ"/>
        </w:rPr>
        <w:t>citacemi</w:t>
      </w:r>
      <w:r w:rsidR="00166C7E">
        <w:rPr>
          <w:rFonts w:ascii="Times New Roman" w:hAnsi="Times New Roman" w:cs="Times New Roman"/>
          <w:sz w:val="24"/>
          <w:szCs w:val="24"/>
          <w:lang w:val="cs-CZ"/>
        </w:rPr>
        <w:t>:</w:t>
      </w:r>
    </w:p>
    <w:p w14:paraId="0093C19D" w14:textId="6B3768C4" w:rsidR="008D7BF1" w:rsidRDefault="00177F65" w:rsidP="00C93D6C">
      <w:pPr>
        <w:pStyle w:val="Odstavecseseznamem"/>
        <w:numPr>
          <w:ilvl w:val="1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Teoretická č</w:t>
      </w:r>
      <w:r w:rsidR="008D7BF1">
        <w:rPr>
          <w:rFonts w:ascii="Times New Roman" w:hAnsi="Times New Roman" w:cs="Times New Roman"/>
          <w:sz w:val="24"/>
          <w:szCs w:val="24"/>
          <w:lang w:val="cs-CZ"/>
        </w:rPr>
        <w:t>ást</w:t>
      </w:r>
      <w:r w:rsidR="008D7BF1" w:rsidRPr="008D7BF1">
        <w:rPr>
          <w:rFonts w:ascii="Times New Roman" w:hAnsi="Times New Roman" w:cs="Times New Roman"/>
          <w:sz w:val="24"/>
          <w:szCs w:val="24"/>
          <w:lang w:val="cs-CZ"/>
        </w:rPr>
        <w:t xml:space="preserve"> je zpracován</w:t>
      </w:r>
      <w:r w:rsidR="008D7BF1">
        <w:rPr>
          <w:rFonts w:ascii="Times New Roman" w:hAnsi="Times New Roman" w:cs="Times New Roman"/>
          <w:sz w:val="24"/>
          <w:szCs w:val="24"/>
          <w:lang w:val="cs-CZ"/>
        </w:rPr>
        <w:t>a</w:t>
      </w:r>
      <w:r w:rsidR="008D7BF1" w:rsidRPr="008D7BF1">
        <w:rPr>
          <w:rFonts w:ascii="Times New Roman" w:hAnsi="Times New Roman" w:cs="Times New Roman"/>
          <w:sz w:val="24"/>
          <w:szCs w:val="24"/>
          <w:lang w:val="cs-CZ"/>
        </w:rPr>
        <w:t xml:space="preserve"> v neosobním stylu vyjadřování (s využitím trpného rodu).</w:t>
      </w:r>
    </w:p>
    <w:p w14:paraId="0F454A46" w14:textId="05C8FE53" w:rsidR="00A37696" w:rsidRPr="008D7BF1" w:rsidRDefault="00A37696" w:rsidP="00C93D6C">
      <w:pPr>
        <w:pStyle w:val="Odstavecseseznamem"/>
        <w:numPr>
          <w:ilvl w:val="1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Podrobně rozebírá danou problematiku</w:t>
      </w:r>
      <w:r w:rsidR="00BB1607">
        <w:rPr>
          <w:rFonts w:ascii="Times New Roman" w:hAnsi="Times New Roman" w:cs="Times New Roman"/>
          <w:sz w:val="24"/>
          <w:szCs w:val="24"/>
          <w:lang w:val="cs-CZ"/>
        </w:rPr>
        <w:t xml:space="preserve"> a definuje pojmy.</w:t>
      </w:r>
    </w:p>
    <w:p w14:paraId="0F7A5685" w14:textId="50C7B8BC" w:rsidR="001153A3" w:rsidRDefault="00CB5F11" w:rsidP="00C93D6C">
      <w:pPr>
        <w:pStyle w:val="Odstavecseseznamem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6239B8">
        <w:rPr>
          <w:rFonts w:ascii="Times New Roman" w:hAnsi="Times New Roman" w:cs="Times New Roman"/>
          <w:sz w:val="24"/>
          <w:szCs w:val="24"/>
          <w:lang w:val="cs-CZ"/>
        </w:rPr>
        <w:t>Praktická část řeší vlastní zadán</w:t>
      </w:r>
      <w:r w:rsidR="004103F8">
        <w:rPr>
          <w:rFonts w:ascii="Times New Roman" w:hAnsi="Times New Roman" w:cs="Times New Roman"/>
          <w:sz w:val="24"/>
          <w:szCs w:val="24"/>
          <w:lang w:val="cs-CZ"/>
        </w:rPr>
        <w:t>í:</w:t>
      </w:r>
    </w:p>
    <w:p w14:paraId="2D7FB6F3" w14:textId="007DAE85" w:rsidR="008D7BF1" w:rsidRDefault="00177F65" w:rsidP="00C93D6C">
      <w:pPr>
        <w:pStyle w:val="Odstavecseseznamem"/>
        <w:numPr>
          <w:ilvl w:val="1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Praktická č</w:t>
      </w:r>
      <w:r w:rsidR="008D7BF1">
        <w:rPr>
          <w:rFonts w:ascii="Times New Roman" w:hAnsi="Times New Roman" w:cs="Times New Roman"/>
          <w:sz w:val="24"/>
          <w:szCs w:val="24"/>
          <w:lang w:val="cs-CZ"/>
        </w:rPr>
        <w:t>ást</w:t>
      </w:r>
      <w:r w:rsidR="008D7BF1" w:rsidRPr="008D7BF1">
        <w:rPr>
          <w:rFonts w:ascii="Times New Roman" w:hAnsi="Times New Roman" w:cs="Times New Roman"/>
          <w:sz w:val="24"/>
          <w:szCs w:val="24"/>
          <w:lang w:val="cs-CZ"/>
        </w:rPr>
        <w:t xml:space="preserve"> je zpracován</w:t>
      </w:r>
      <w:r w:rsidR="008D7BF1">
        <w:rPr>
          <w:rFonts w:ascii="Times New Roman" w:hAnsi="Times New Roman" w:cs="Times New Roman"/>
          <w:sz w:val="24"/>
          <w:szCs w:val="24"/>
          <w:lang w:val="cs-CZ"/>
        </w:rPr>
        <w:t>a</w:t>
      </w:r>
      <w:r w:rsidR="008D7BF1" w:rsidRPr="008D7BF1">
        <w:rPr>
          <w:rFonts w:ascii="Times New Roman" w:hAnsi="Times New Roman" w:cs="Times New Roman"/>
          <w:sz w:val="24"/>
          <w:szCs w:val="24"/>
          <w:lang w:val="cs-CZ"/>
        </w:rPr>
        <w:t xml:space="preserve"> v neosobním stylu vyjadřování (s využitím trpného rodu).</w:t>
      </w:r>
    </w:p>
    <w:p w14:paraId="1E891A44" w14:textId="65972C6E" w:rsidR="00BB1607" w:rsidRPr="008D7BF1" w:rsidRDefault="00BB1607" w:rsidP="00C93D6C">
      <w:pPr>
        <w:pStyle w:val="Odstavecseseznamem"/>
        <w:numPr>
          <w:ilvl w:val="1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Sestavte šetření pomocí výzkumných metod</w:t>
      </w:r>
      <w:r w:rsidR="00ED5C8B">
        <w:rPr>
          <w:rFonts w:ascii="Times New Roman" w:hAnsi="Times New Roman" w:cs="Times New Roman"/>
          <w:sz w:val="24"/>
          <w:szCs w:val="24"/>
          <w:lang w:val="cs-CZ"/>
        </w:rPr>
        <w:t>. Analyzujte stanovený cíl</w:t>
      </w:r>
    </w:p>
    <w:p w14:paraId="0E0014A9" w14:textId="6A24331B" w:rsidR="006A65F3" w:rsidRPr="006239B8" w:rsidRDefault="00CB5F11" w:rsidP="00C93D6C">
      <w:pPr>
        <w:pStyle w:val="Odstavecseseznamem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6239B8">
        <w:rPr>
          <w:rFonts w:ascii="Times New Roman" w:hAnsi="Times New Roman" w:cs="Times New Roman"/>
          <w:sz w:val="24"/>
          <w:szCs w:val="24"/>
          <w:lang w:val="cs-CZ"/>
        </w:rPr>
        <w:t>Závěr shrne splnění cíle</w:t>
      </w:r>
      <w:r w:rsidR="006239B8" w:rsidRPr="006239B8">
        <w:rPr>
          <w:rFonts w:ascii="Times New Roman" w:hAnsi="Times New Roman" w:cs="Times New Roman"/>
          <w:sz w:val="24"/>
          <w:szCs w:val="24"/>
          <w:lang w:val="cs-CZ"/>
        </w:rPr>
        <w:t>:</w:t>
      </w:r>
    </w:p>
    <w:p w14:paraId="30D78007" w14:textId="388270F9" w:rsidR="006239B8" w:rsidRDefault="001D3D4D" w:rsidP="00C93D6C">
      <w:pPr>
        <w:pStyle w:val="Odstavecseseznamem"/>
        <w:numPr>
          <w:ilvl w:val="1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Závěr je zpracován</w:t>
      </w:r>
      <w:r w:rsidR="006239B8" w:rsidRPr="00931CCA">
        <w:rPr>
          <w:rFonts w:ascii="Times New Roman" w:hAnsi="Times New Roman" w:cs="Times New Roman"/>
          <w:sz w:val="24"/>
          <w:szCs w:val="24"/>
          <w:lang w:val="cs-CZ"/>
        </w:rPr>
        <w:t xml:space="preserve"> v 1. osobě jednotného čísla (já).</w:t>
      </w:r>
    </w:p>
    <w:p w14:paraId="059B94BF" w14:textId="5E96C7CB" w:rsidR="00ED5C8B" w:rsidRDefault="00ED5C8B" w:rsidP="00C93D6C">
      <w:pPr>
        <w:pStyle w:val="Odstavecseseznamem"/>
        <w:numPr>
          <w:ilvl w:val="1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Vyhodnoťte výsledky šetření. Doplňte práci svým názorem na danou problematiku</w:t>
      </w:r>
      <w:r w:rsidR="004103F8">
        <w:rPr>
          <w:rFonts w:ascii="Times New Roman" w:hAnsi="Times New Roman" w:cs="Times New Roman"/>
          <w:sz w:val="24"/>
          <w:szCs w:val="24"/>
          <w:lang w:val="cs-CZ"/>
        </w:rPr>
        <w:t>.</w:t>
      </w:r>
    </w:p>
    <w:p w14:paraId="34256266" w14:textId="46EA45F5" w:rsidR="006A65F3" w:rsidRPr="001C0F04" w:rsidRDefault="001C0F04" w:rsidP="00BC4711">
      <w:pPr>
        <w:pStyle w:val="Nadpis1"/>
        <w:rPr>
          <w:lang w:val="cs-CZ"/>
        </w:rPr>
      </w:pPr>
      <w:bookmarkStart w:id="6" w:name="_Toc239631135"/>
      <w:r w:rsidRPr="001C0F04">
        <w:rPr>
          <w:lang w:val="cs-CZ"/>
        </w:rPr>
        <w:t>CITACE</w:t>
      </w:r>
      <w:bookmarkEnd w:id="6"/>
    </w:p>
    <w:p w14:paraId="6B5D9B30" w14:textId="77777777" w:rsidR="008503D0" w:rsidRDefault="00D1745C" w:rsidP="00877A7A">
      <w:pPr>
        <w:pStyle w:val="Odstavecseseznamem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877A7A">
        <w:rPr>
          <w:rFonts w:ascii="Times New Roman" w:hAnsi="Times New Roman" w:cs="Times New Roman"/>
          <w:sz w:val="24"/>
          <w:szCs w:val="24"/>
          <w:lang w:val="cs-CZ"/>
        </w:rPr>
        <w:t>Používáme</w:t>
      </w:r>
      <w:r w:rsidR="00CB5F11" w:rsidRPr="00877A7A">
        <w:rPr>
          <w:rFonts w:ascii="Times New Roman" w:hAnsi="Times New Roman" w:cs="Times New Roman"/>
          <w:sz w:val="24"/>
          <w:szCs w:val="24"/>
          <w:lang w:val="cs-CZ"/>
        </w:rPr>
        <w:t xml:space="preserve"> ČSN ISO 690 prostřednictvím</w:t>
      </w:r>
      <w:r w:rsidRPr="00877A7A">
        <w:rPr>
          <w:rFonts w:ascii="Times New Roman" w:hAnsi="Times New Roman" w:cs="Times New Roman"/>
          <w:sz w:val="24"/>
          <w:szCs w:val="24"/>
          <w:lang w:val="cs-CZ"/>
        </w:rPr>
        <w:t xml:space="preserve"> citačního manažera</w:t>
      </w:r>
      <w:r w:rsidR="00CB5F11" w:rsidRPr="00877A7A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hyperlink r:id="rId8" w:history="1">
        <w:r w:rsidRPr="00877A7A">
          <w:rPr>
            <w:rStyle w:val="Hypertextovodkaz"/>
            <w:rFonts w:ascii="Times New Roman" w:hAnsi="Times New Roman" w:cs="Times New Roman"/>
            <w:sz w:val="24"/>
            <w:szCs w:val="24"/>
            <w:lang w:val="cs-CZ"/>
          </w:rPr>
          <w:t>www.citace.com</w:t>
        </w:r>
      </w:hyperlink>
      <w:r w:rsidR="009A5050" w:rsidRPr="00877A7A">
        <w:rPr>
          <w:rFonts w:ascii="Times New Roman" w:hAnsi="Times New Roman" w:cs="Times New Roman"/>
          <w:sz w:val="24"/>
          <w:szCs w:val="24"/>
          <w:lang w:val="cs-CZ"/>
        </w:rPr>
        <w:t>.</w:t>
      </w:r>
      <w:r w:rsidRPr="00877A7A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</w:p>
    <w:p w14:paraId="4ACB3AC2" w14:textId="72BCE72F" w:rsidR="003C7B2D" w:rsidRDefault="009012C8" w:rsidP="00877A7A">
      <w:pPr>
        <w:pStyle w:val="Odstavecseseznamem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Výklad normy: </w:t>
      </w:r>
      <w:hyperlink r:id="rId9" w:history="1">
        <w:r w:rsidR="008503D0" w:rsidRPr="00683325">
          <w:rPr>
            <w:rStyle w:val="Hypertextovodkaz"/>
            <w:rFonts w:ascii="Times New Roman" w:hAnsi="Times New Roman" w:cs="Times New Roman"/>
            <w:sz w:val="24"/>
            <w:szCs w:val="24"/>
            <w:lang w:val="cs-CZ"/>
          </w:rPr>
          <w:t>https://www.citace.com/Vyklad-CSN-ISO-690-2022.pdf</w:t>
        </w:r>
      </w:hyperlink>
    </w:p>
    <w:p w14:paraId="4FA43908" w14:textId="7D99A09E" w:rsidR="008503D0" w:rsidRDefault="008503D0" w:rsidP="008503D0">
      <w:pPr>
        <w:pStyle w:val="Odstavecseseznamem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877A7A">
        <w:rPr>
          <w:rFonts w:ascii="Times New Roman" w:hAnsi="Times New Roman" w:cs="Times New Roman"/>
          <w:sz w:val="24"/>
          <w:szCs w:val="24"/>
          <w:lang w:val="cs-CZ"/>
        </w:rPr>
        <w:t>Citujeme každou převzatou myšlenku (doslovné citace</w:t>
      </w:r>
      <w:r w:rsidR="00E86E9F">
        <w:rPr>
          <w:rFonts w:ascii="Times New Roman" w:hAnsi="Times New Roman" w:cs="Times New Roman"/>
          <w:sz w:val="24"/>
          <w:szCs w:val="24"/>
          <w:lang w:val="cs-CZ"/>
        </w:rPr>
        <w:t xml:space="preserve"> i</w:t>
      </w:r>
      <w:r w:rsidRPr="00877A7A">
        <w:rPr>
          <w:rFonts w:ascii="Times New Roman" w:hAnsi="Times New Roman" w:cs="Times New Roman"/>
          <w:sz w:val="24"/>
          <w:szCs w:val="24"/>
          <w:lang w:val="cs-CZ"/>
        </w:rPr>
        <w:t xml:space="preserve"> zprostředkované citace = parafráze). </w:t>
      </w:r>
    </w:p>
    <w:p w14:paraId="1B6E3BA3" w14:textId="413A1EAC" w:rsidR="00754E54" w:rsidRPr="00A75ED7" w:rsidRDefault="00754E54" w:rsidP="00226531">
      <w:pPr>
        <w:pStyle w:val="Odstavecseseznamem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754E54">
        <w:rPr>
          <w:rFonts w:ascii="Times New Roman" w:hAnsi="Times New Roman" w:cs="Times New Roman"/>
          <w:sz w:val="24"/>
          <w:szCs w:val="24"/>
          <w:lang w:val="cs-CZ"/>
        </w:rPr>
        <w:t>Míra shodnosti práce s použitými zdroji nepřesahuje 10 %.</w:t>
      </w:r>
    </w:p>
    <w:p w14:paraId="27958DF8" w14:textId="17EFEA84" w:rsidR="006640A2" w:rsidRPr="00A75ED7" w:rsidRDefault="00877A7A" w:rsidP="006640A2">
      <w:pPr>
        <w:pStyle w:val="Odstavecseseznamem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A75ED7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 xml:space="preserve">Bibliografickou </w:t>
      </w:r>
      <w:r w:rsidRPr="00A75ED7">
        <w:rPr>
          <w:rFonts w:ascii="Times New Roman" w:eastAsia="Times New Roman" w:hAnsi="Times New Roman" w:cs="Times New Roman"/>
          <w:sz w:val="24"/>
          <w:szCs w:val="24"/>
          <w:u w:val="single"/>
          <w:lang w:val="cs-CZ" w:eastAsia="cs-CZ"/>
        </w:rPr>
        <w:t>citaci umisťujeme v poznámce pod čarou</w:t>
      </w:r>
      <w:r w:rsidRPr="00A75ED7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 xml:space="preserve"> na stránce, na níž je odkaz v textu. Číslování je průběžné v celé práci. Jiný způsob citace není přípustný.</w:t>
      </w:r>
    </w:p>
    <w:p w14:paraId="3275CE40" w14:textId="77777777" w:rsidR="00584ECF" w:rsidRPr="00584ECF" w:rsidRDefault="00877A7A" w:rsidP="00584ECF">
      <w:pPr>
        <w:pStyle w:val="Odstavecseseznamem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6640A2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Odkazy pod čarou se neodsazují, jsou napsány velikostí 10 b, zarovnány do bloku s řádkováním 1,0 a na konci každého odkazu je tečka. U literatury v odkazu pod čarou se uvádí stránka, ze které je citováno. Zkrácená citace obsahuje minimální údaje zcela nezbytné k identifikaci publikace – příjmení a jméno autora, název publikace, pořadí vydání (pokud lze zjistit), místo vydání, rok vydání. Elektronické dokumenty se citují analogicky.</w:t>
      </w:r>
    </w:p>
    <w:p w14:paraId="58F98FD1" w14:textId="63904373" w:rsidR="002041ED" w:rsidRDefault="002041ED">
      <w:pPr>
        <w:rPr>
          <w:rFonts w:ascii="Times New Roman" w:hAnsi="Times New Roman" w:cs="Times New Roman"/>
          <w:b/>
          <w:bCs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cs-CZ"/>
        </w:rPr>
        <w:br w:type="page"/>
      </w:r>
    </w:p>
    <w:p w14:paraId="465C02A8" w14:textId="0A181566" w:rsidR="00B144C2" w:rsidRPr="00B144C2" w:rsidRDefault="00B144C2" w:rsidP="00C926B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cs-CZ"/>
        </w:rPr>
      </w:pPr>
      <w:r w:rsidRPr="00B144C2">
        <w:rPr>
          <w:rFonts w:ascii="Times New Roman" w:hAnsi="Times New Roman" w:cs="Times New Roman"/>
          <w:b/>
          <w:bCs/>
          <w:sz w:val="24"/>
          <w:szCs w:val="24"/>
          <w:lang w:val="cs-CZ"/>
        </w:rPr>
        <w:lastRenderedPageBreak/>
        <w:t>D</w:t>
      </w:r>
      <w:r w:rsidR="00C926B4" w:rsidRPr="00B144C2">
        <w:rPr>
          <w:rFonts w:ascii="Times New Roman" w:hAnsi="Times New Roman" w:cs="Times New Roman"/>
          <w:b/>
          <w:bCs/>
          <w:sz w:val="24"/>
          <w:szCs w:val="24"/>
          <w:lang w:val="cs-CZ"/>
        </w:rPr>
        <w:t>oslovná citace</w:t>
      </w:r>
    </w:p>
    <w:p w14:paraId="24008070" w14:textId="77777777" w:rsidR="00FA5131" w:rsidRPr="00303F17" w:rsidRDefault="3FFA226A" w:rsidP="00FA5131">
      <w:pPr>
        <w:pStyle w:val="Odstavecseseznamem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303F17">
        <w:rPr>
          <w:rFonts w:ascii="Times New Roman" w:hAnsi="Times New Roman" w:cs="Times New Roman"/>
          <w:sz w:val="24"/>
          <w:szCs w:val="24"/>
          <w:lang w:val="cs-CZ"/>
        </w:rPr>
        <w:t xml:space="preserve">Úplné převzetí původního díla jiného autora. V textu je opatřena uvozovkami a jedná-li se o delší citovaný text (např. odstavec), je zpravidla celý uveden </w:t>
      </w:r>
      <w:r w:rsidRPr="00303F17">
        <w:rPr>
          <w:rFonts w:ascii="Times New Roman" w:hAnsi="Times New Roman" w:cs="Times New Roman"/>
          <w:b/>
          <w:bCs/>
          <w:sz w:val="24"/>
          <w:szCs w:val="24"/>
          <w:lang w:val="cs-CZ"/>
        </w:rPr>
        <w:t>kurzívou</w:t>
      </w:r>
      <w:r w:rsidRPr="00303F17">
        <w:rPr>
          <w:rFonts w:ascii="Times New Roman" w:hAnsi="Times New Roman" w:cs="Times New Roman"/>
          <w:sz w:val="24"/>
          <w:szCs w:val="24"/>
          <w:lang w:val="cs-CZ"/>
        </w:rPr>
        <w:t xml:space="preserve">. Přímá citace se používá zejména v případech, kdy jde o stěžejní, nosné a zásadní myšlenky nebo definice, které chce autor práce zvýraznit a opřít o určitou autoritu a které jsou důležité pro zbytek práce (autor, rok, strana). </w:t>
      </w:r>
    </w:p>
    <w:p w14:paraId="688C061C" w14:textId="5EEF78F7" w:rsidR="00C926B4" w:rsidRPr="00FA5131" w:rsidRDefault="00B144C2" w:rsidP="00FA5131">
      <w:pPr>
        <w:pStyle w:val="Odstavecseseznamem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FA5131">
        <w:rPr>
          <w:rFonts w:ascii="Times New Roman" w:hAnsi="Times New Roman" w:cs="Times New Roman"/>
          <w:sz w:val="24"/>
          <w:szCs w:val="24"/>
          <w:lang w:val="cs-CZ"/>
        </w:rPr>
        <w:t>Př.:</w:t>
      </w:r>
    </w:p>
    <w:p w14:paraId="40372D86" w14:textId="77777777" w:rsidR="00673388" w:rsidRPr="00B02585" w:rsidRDefault="00673388" w:rsidP="00C926B4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  <w:lang w:val="cs-CZ"/>
        </w:rPr>
      </w:pPr>
    </w:p>
    <w:p w14:paraId="6457B6D6" w14:textId="77777777" w:rsidR="00673388" w:rsidRPr="00673388" w:rsidRDefault="00673388" w:rsidP="006733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673388">
        <w:rPr>
          <w:rFonts w:ascii="Times New Roman" w:hAnsi="Times New Roman" w:cs="Times New Roman"/>
          <w:i/>
          <w:sz w:val="24"/>
          <w:szCs w:val="24"/>
          <w:lang w:val="cs-CZ"/>
        </w:rPr>
        <w:t>„Charakter a význam průvodcovské činnosti se začal stále více naplňovat ve středověku, kdy začali cestovat zástupci nejvyšších vrstev evropské šlechty. Jednalo se zvláště o mladé šlechtice a později i o syny bohatých kupců a měšťanů, kteří se vydávali na cesty za účelem přípravy na budoucí povolání v diplomatické službě nebo ve službě na královském dvoře.“</w:t>
      </w:r>
      <w:r w:rsidRPr="00673388">
        <w:rPr>
          <w:rFonts w:ascii="Times New Roman" w:hAnsi="Times New Roman" w:cs="Times New Roman"/>
          <w:i/>
          <w:sz w:val="24"/>
          <w:szCs w:val="24"/>
          <w:vertAlign w:val="superscript"/>
          <w:lang w:val="cs-CZ"/>
        </w:rPr>
        <w:footnoteReference w:id="1"/>
      </w:r>
    </w:p>
    <w:p w14:paraId="5740F2AA" w14:textId="7CFC6513" w:rsidR="00642FD7" w:rsidRDefault="00642FD7">
      <w:pPr>
        <w:rPr>
          <w:rFonts w:ascii="Times New Roman" w:hAnsi="Times New Roman" w:cs="Times New Roman"/>
          <w:b/>
          <w:bCs/>
          <w:sz w:val="24"/>
          <w:szCs w:val="24"/>
          <w:lang w:val="cs-CZ"/>
        </w:rPr>
      </w:pPr>
    </w:p>
    <w:p w14:paraId="4C2BD0E4" w14:textId="790F33BE" w:rsidR="00FE1113" w:rsidRPr="00D445C8" w:rsidRDefault="00FE1113" w:rsidP="00C926B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cs-CZ"/>
        </w:rPr>
      </w:pPr>
      <w:r w:rsidRPr="00D445C8">
        <w:rPr>
          <w:rFonts w:ascii="Times New Roman" w:hAnsi="Times New Roman" w:cs="Times New Roman"/>
          <w:b/>
          <w:bCs/>
          <w:sz w:val="24"/>
          <w:szCs w:val="24"/>
          <w:lang w:val="cs-CZ"/>
        </w:rPr>
        <w:t>Zprostředkovaná citace</w:t>
      </w:r>
      <w:r w:rsidR="00756762">
        <w:rPr>
          <w:rFonts w:ascii="Times New Roman" w:hAnsi="Times New Roman" w:cs="Times New Roman"/>
          <w:b/>
          <w:bCs/>
          <w:sz w:val="24"/>
          <w:szCs w:val="24"/>
          <w:lang w:val="cs-CZ"/>
        </w:rPr>
        <w:t xml:space="preserve"> (= parafráze)</w:t>
      </w:r>
    </w:p>
    <w:p w14:paraId="46E9106D" w14:textId="77777777" w:rsidR="00FA5131" w:rsidRDefault="00D445C8" w:rsidP="00C926B4">
      <w:pPr>
        <w:pStyle w:val="Odstavecseseznamem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FA5131">
        <w:rPr>
          <w:rFonts w:ascii="Times New Roman" w:hAnsi="Times New Roman" w:cs="Times New Roman"/>
          <w:sz w:val="24"/>
          <w:szCs w:val="24"/>
          <w:lang w:val="cs-CZ"/>
        </w:rPr>
        <w:t>Autor přebírá myšlenku z jiného zdroje, ale vyjadřuje ji vlastními slovy. I v tomto případě je nutné uvést odkaz na původní zdroj.</w:t>
      </w:r>
    </w:p>
    <w:p w14:paraId="5BEA0FC0" w14:textId="1E2EF69E" w:rsidR="0024299D" w:rsidRDefault="0024299D" w:rsidP="00C926B4">
      <w:pPr>
        <w:pStyle w:val="Odstavecseseznamem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Př.:</w:t>
      </w:r>
    </w:p>
    <w:p w14:paraId="7C5FEAF2" w14:textId="77777777" w:rsidR="00766D36" w:rsidRDefault="00766D36" w:rsidP="00766D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14:paraId="15C89478" w14:textId="02F55A96" w:rsidR="002041ED" w:rsidRDefault="0010546B" w:rsidP="00766D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10546B">
        <w:rPr>
          <w:rFonts w:ascii="Times New Roman" w:hAnsi="Times New Roman" w:cs="Times New Roman"/>
          <w:sz w:val="24"/>
          <w:szCs w:val="24"/>
          <w:lang w:val="cs-CZ"/>
        </w:rPr>
        <w:t xml:space="preserve">Dánský nobelista přirovnal </w:t>
      </w:r>
      <w:proofErr w:type="spellStart"/>
      <w:r w:rsidRPr="0010546B">
        <w:rPr>
          <w:rFonts w:ascii="Times New Roman" w:hAnsi="Times New Roman" w:cs="Times New Roman"/>
          <w:sz w:val="24"/>
          <w:szCs w:val="24"/>
          <w:lang w:val="cs-CZ"/>
        </w:rPr>
        <w:t>click</w:t>
      </w:r>
      <w:proofErr w:type="spellEnd"/>
      <w:r w:rsidRPr="0010546B">
        <w:rPr>
          <w:rFonts w:ascii="Times New Roman" w:hAnsi="Times New Roman" w:cs="Times New Roman"/>
          <w:sz w:val="24"/>
          <w:szCs w:val="24"/>
          <w:lang w:val="cs-CZ"/>
        </w:rPr>
        <w:t xml:space="preserve"> chemii ke skládání stavebnice Lego, kdy lze jednotlivé složité části jednoduše spojovat do větších celků</w:t>
      </w:r>
      <w:r w:rsidR="006319C4" w:rsidRPr="00766D36">
        <w:rPr>
          <w:rFonts w:ascii="Times New Roman" w:hAnsi="Times New Roman" w:cs="Times New Roman"/>
          <w:sz w:val="24"/>
          <w:szCs w:val="24"/>
          <w:lang w:val="cs-CZ"/>
        </w:rPr>
        <w:t>.</w:t>
      </w:r>
      <w:r w:rsidR="006319C4">
        <w:rPr>
          <w:rStyle w:val="Znakapoznpodarou"/>
          <w:rFonts w:ascii="Times New Roman" w:hAnsi="Times New Roman" w:cs="Times New Roman"/>
          <w:sz w:val="24"/>
          <w:szCs w:val="24"/>
          <w:lang w:val="cs-CZ"/>
        </w:rPr>
        <w:footnoteReference w:id="2"/>
      </w:r>
    </w:p>
    <w:p w14:paraId="041F08B3" w14:textId="77777777" w:rsidR="00440433" w:rsidRDefault="00440433" w:rsidP="00766D3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14:paraId="3E3DA695" w14:textId="77777777" w:rsidR="002041ED" w:rsidRDefault="002041ED">
      <w:pPr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br w:type="page"/>
      </w:r>
    </w:p>
    <w:p w14:paraId="4921DAA2" w14:textId="671B1890" w:rsidR="006A65F3" w:rsidRPr="001C0F04" w:rsidRDefault="001C0F04" w:rsidP="00BC4711">
      <w:pPr>
        <w:pStyle w:val="Nadpis1"/>
        <w:rPr>
          <w:lang w:val="cs-CZ"/>
        </w:rPr>
      </w:pPr>
      <w:bookmarkStart w:id="7" w:name="_Toc239631136"/>
      <w:r w:rsidRPr="001C0F04">
        <w:rPr>
          <w:lang w:val="cs-CZ"/>
        </w:rPr>
        <w:lastRenderedPageBreak/>
        <w:t>OBRÁZKY</w:t>
      </w:r>
      <w:r w:rsidR="008D03F2">
        <w:rPr>
          <w:lang w:val="cs-CZ"/>
        </w:rPr>
        <w:t xml:space="preserve">, </w:t>
      </w:r>
      <w:r w:rsidRPr="001C0F04">
        <w:rPr>
          <w:lang w:val="cs-CZ"/>
        </w:rPr>
        <w:t>TABULKY</w:t>
      </w:r>
      <w:r w:rsidR="008D03F2">
        <w:rPr>
          <w:lang w:val="cs-CZ"/>
        </w:rPr>
        <w:t>, GRAFY A MAPY</w:t>
      </w:r>
      <w:bookmarkEnd w:id="7"/>
    </w:p>
    <w:p w14:paraId="33DF3BA4" w14:textId="530C9AB1" w:rsidR="00132496" w:rsidRDefault="00132496" w:rsidP="00132496">
      <w:pPr>
        <w:pStyle w:val="Odstavecseseznamem"/>
        <w:numPr>
          <w:ilvl w:val="0"/>
          <w:numId w:val="30"/>
        </w:numPr>
        <w:spacing w:after="16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</w:pPr>
      <w:bookmarkStart w:id="8" w:name="_Toc236216918"/>
      <w:bookmarkEnd w:id="8"/>
      <w:r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Každý</w:t>
      </w:r>
      <w:r w:rsidRPr="004B1280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 </w:t>
      </w:r>
      <w:r w:rsidR="008D03F2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obrázek</w:t>
      </w:r>
      <w:r w:rsidRPr="004B1280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, </w:t>
      </w:r>
      <w:r w:rsidR="008D03F2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tabulka</w:t>
      </w:r>
      <w:r w:rsidRPr="004B1280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, </w:t>
      </w:r>
      <w:r w:rsidR="008D03F2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graf</w:t>
      </w:r>
      <w:r w:rsidR="00A005D5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 </w:t>
      </w:r>
      <w:r w:rsidR="00C3014F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nebo</w:t>
      </w:r>
      <w:r w:rsidRPr="004B1280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 </w:t>
      </w:r>
      <w:r w:rsidR="008D03F2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mapa</w:t>
      </w:r>
      <w:r w:rsidR="00B34776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 musí</w:t>
      </w:r>
      <w:r w:rsidRPr="004B1280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 mít uveden</w:t>
      </w:r>
      <w:r w:rsidR="00B163FB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o</w:t>
      </w:r>
      <w:r w:rsidRPr="004B1280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 čísl</w:t>
      </w:r>
      <w:r w:rsidR="00B34776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o a </w:t>
      </w:r>
      <w:r w:rsidRPr="004B1280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zdroj</w:t>
      </w:r>
      <w:r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.</w:t>
      </w:r>
    </w:p>
    <w:p w14:paraId="05440968" w14:textId="6CD6826A" w:rsidR="00B85C45" w:rsidRPr="00974629" w:rsidRDefault="00C3014F" w:rsidP="00974629">
      <w:pPr>
        <w:pStyle w:val="Odstavecseseznamem"/>
        <w:numPr>
          <w:ilvl w:val="0"/>
          <w:numId w:val="30"/>
        </w:numPr>
        <w:spacing w:after="16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Obráz</w:t>
      </w:r>
      <w:r w:rsidR="00B47817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ky</w:t>
      </w:r>
      <w:r w:rsidRPr="004B1280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tabulk</w:t>
      </w:r>
      <w:r w:rsidR="00B47817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y</w:t>
      </w:r>
      <w:r w:rsidRPr="004B1280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graf</w:t>
      </w:r>
      <w:r w:rsidR="00B47817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y</w:t>
      </w:r>
      <w:r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 </w:t>
      </w:r>
      <w:r w:rsidR="00B47817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a</w:t>
      </w:r>
      <w:r w:rsidRPr="004B1280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map</w:t>
      </w:r>
      <w:r w:rsidR="00B47817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y lze uvádět v teoretické i praktické části práce nebo v přílohách.</w:t>
      </w:r>
    </w:p>
    <w:p w14:paraId="5E85C58B" w14:textId="1C509213" w:rsidR="00B85C45" w:rsidRDefault="00132496" w:rsidP="00B85C45">
      <w:pPr>
        <w:pStyle w:val="Odstavecseseznamem"/>
        <w:numPr>
          <w:ilvl w:val="1"/>
          <w:numId w:val="30"/>
        </w:numPr>
        <w:spacing w:after="16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</w:pPr>
      <w:r w:rsidRPr="00B85C45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Každý </w:t>
      </w:r>
      <w:r w:rsidR="00974629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obrázek</w:t>
      </w:r>
      <w:r w:rsidR="00974629" w:rsidRPr="004B1280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, </w:t>
      </w:r>
      <w:r w:rsidR="00974629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tabulka</w:t>
      </w:r>
      <w:r w:rsidR="00974629" w:rsidRPr="004B1280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, </w:t>
      </w:r>
      <w:r w:rsidR="00974629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graf nebo</w:t>
      </w:r>
      <w:r w:rsidR="00974629" w:rsidRPr="004B1280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 </w:t>
      </w:r>
      <w:r w:rsidR="00974629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mapa musí být opatřena</w:t>
      </w:r>
      <w:r w:rsidR="003B48EC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 popiskem, který se uvádí </w:t>
      </w:r>
      <w:r w:rsidRPr="00B85C45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cs-CZ" w:eastAsia="cs-CZ"/>
        </w:rPr>
        <w:t>nad</w:t>
      </w:r>
      <w:r w:rsidRPr="00B85C45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 </w:t>
      </w:r>
      <w:r w:rsidR="003B48EC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příslušným objektem</w:t>
      </w:r>
      <w:r w:rsidR="00210573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 </w:t>
      </w:r>
      <w:r w:rsidR="00210573" w:rsidRPr="00B02585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(vel. 12 b, tučně</w:t>
      </w:r>
      <w:r w:rsidR="00033D8D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, </w:t>
      </w:r>
      <w:r w:rsidR="007A4856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barva písma černá</w:t>
      </w:r>
      <w:r w:rsidR="00210573" w:rsidRPr="00B02585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)</w:t>
      </w:r>
      <w:r w:rsidR="001D7B35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. </w:t>
      </w:r>
      <w:r w:rsidR="001D7B35" w:rsidRPr="00C273E0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cs-CZ" w:eastAsia="cs-CZ"/>
        </w:rPr>
        <w:t>Za</w:t>
      </w:r>
      <w:r w:rsidR="001D7B35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 popiskem se uvede odkaz na </w:t>
      </w:r>
      <w:r w:rsidRPr="00B85C45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poznámku pod čarou.</w:t>
      </w:r>
      <w:r w:rsidR="00210573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 </w:t>
      </w:r>
      <w:r w:rsidR="00210573" w:rsidRPr="00B02585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(vel. 10 b)</w:t>
      </w:r>
      <w:r w:rsidR="003B5B10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, ve které je uveden zdroj.</w:t>
      </w:r>
    </w:p>
    <w:p w14:paraId="5B94AFD6" w14:textId="2A66BE66" w:rsidR="00B85C45" w:rsidRDefault="004D2634" w:rsidP="00B85C45">
      <w:pPr>
        <w:pStyle w:val="Odstavecseseznamem"/>
        <w:numPr>
          <w:ilvl w:val="1"/>
          <w:numId w:val="30"/>
        </w:numPr>
        <w:spacing w:after="16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Příslušné objekty se označují </w:t>
      </w:r>
      <w:r w:rsidR="00AE52AA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a číslují jednotně podle pořadí, v jakém jsou v textu uvedeny. (Tabulka 1</w:t>
      </w:r>
      <w:r w:rsidR="005826A2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, Tabulka 2, Graf</w:t>
      </w:r>
      <w:r w:rsidR="00FD5F66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 </w:t>
      </w:r>
      <w:r w:rsidR="005826A2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1, Graf, 2, Graf 3, </w:t>
      </w:r>
      <w:r w:rsidR="00FD5F66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Mapa 1, Mapa 2, …)</w:t>
      </w:r>
    </w:p>
    <w:p w14:paraId="342C3817" w14:textId="5A344BE6" w:rsidR="00A26886" w:rsidRPr="00B02585" w:rsidRDefault="00A26886" w:rsidP="00B85C45">
      <w:pPr>
        <w:pStyle w:val="Odstavecseseznamem"/>
        <w:numPr>
          <w:ilvl w:val="1"/>
          <w:numId w:val="30"/>
        </w:numPr>
        <w:spacing w:after="16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</w:pPr>
      <w:r w:rsidRPr="00B02585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Ukázka viz Příloha</w:t>
      </w:r>
    </w:p>
    <w:p w14:paraId="71B058C4" w14:textId="461300F5" w:rsidR="00A26886" w:rsidRDefault="00C80BD6" w:rsidP="006817C1">
      <w:pPr>
        <w:pStyle w:val="Nadpis1"/>
        <w:rPr>
          <w:lang w:val="cs-CZ" w:eastAsia="cs-CZ"/>
        </w:rPr>
      </w:pPr>
      <w:bookmarkStart w:id="9" w:name="_Toc239631137"/>
      <w:r>
        <w:rPr>
          <w:lang w:val="cs-CZ" w:eastAsia="cs-CZ"/>
        </w:rPr>
        <w:t>VYHOTOVENÍ PRÁCE K ODEVZDÁNÍ</w:t>
      </w:r>
      <w:bookmarkEnd w:id="9"/>
    </w:p>
    <w:p w14:paraId="1154A752" w14:textId="3CEC436D" w:rsidR="00966D27" w:rsidRPr="00411259" w:rsidRDefault="00975DFB" w:rsidP="00411259">
      <w:pPr>
        <w:pStyle w:val="Odstavecseseznamem"/>
        <w:numPr>
          <w:ilvl w:val="0"/>
          <w:numId w:val="33"/>
        </w:numPr>
        <w:spacing w:after="16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2x tištěná verze (</w:t>
      </w:r>
      <w:r w:rsidR="00411259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k</w:t>
      </w:r>
      <w:r w:rsidR="00966D27" w:rsidRPr="00411259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roužková</w:t>
      </w:r>
      <w:r w:rsidR="00487389" w:rsidRPr="00411259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 </w:t>
      </w:r>
      <w:r w:rsidR="00966D27" w:rsidRPr="00411259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vazba</w:t>
      </w:r>
      <w:r w:rsidR="00411259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).</w:t>
      </w:r>
    </w:p>
    <w:p w14:paraId="4DBFAEE5" w14:textId="6E6047E8" w:rsidR="007C166D" w:rsidRPr="002041ED" w:rsidRDefault="00975DFB" w:rsidP="002041ED">
      <w:pPr>
        <w:pStyle w:val="Odstavecseseznamem"/>
        <w:numPr>
          <w:ilvl w:val="0"/>
          <w:numId w:val="33"/>
        </w:numPr>
        <w:spacing w:after="16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</w:pPr>
      <w:r w:rsidRPr="002041ED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1x elektronická verze ve formátu PDF</w:t>
      </w:r>
      <w:r w:rsidR="00966D27" w:rsidRPr="002041ED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 (způsob předání </w:t>
      </w:r>
      <w:r w:rsidR="001873DF" w:rsidRPr="002041ED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po dohodě</w:t>
      </w:r>
      <w:r w:rsidR="00966D27" w:rsidRPr="002041ED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 s</w:t>
      </w:r>
      <w:r w:rsidR="00C0053C" w:rsidRPr="002041ED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 </w:t>
      </w:r>
      <w:r w:rsidR="00966D27" w:rsidRPr="002041ED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vedoucím práce)</w:t>
      </w:r>
      <w:r w:rsidR="00C0053C" w:rsidRPr="002041ED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.</w:t>
      </w:r>
    </w:p>
    <w:p w14:paraId="1BD97B4D" w14:textId="0306D96F" w:rsidR="00D16BF1" w:rsidRDefault="00D16BF1" w:rsidP="00D16BF1">
      <w:pPr>
        <w:pStyle w:val="Nadpis1"/>
        <w:rPr>
          <w:lang w:val="cs-CZ" w:eastAsia="cs-CZ"/>
        </w:rPr>
      </w:pPr>
      <w:bookmarkStart w:id="10" w:name="_Toc239631138"/>
      <w:r>
        <w:rPr>
          <w:lang w:val="cs-CZ" w:eastAsia="cs-CZ"/>
        </w:rPr>
        <w:t>ERRATA</w:t>
      </w:r>
      <w:bookmarkEnd w:id="10"/>
    </w:p>
    <w:p w14:paraId="47D47DA2" w14:textId="17B2DF71" w:rsidR="00B83684" w:rsidRPr="00B83684" w:rsidRDefault="00B83684" w:rsidP="00B83684">
      <w:pPr>
        <w:pStyle w:val="Odstavecseseznamem"/>
        <w:numPr>
          <w:ilvl w:val="0"/>
          <w:numId w:val="34"/>
        </w:numPr>
        <w:spacing w:after="16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</w:pPr>
      <w:r w:rsidRPr="00B83684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Pokud jsou po vytištění a svázání práce zjištěny chyby, lze vypracovat </w:t>
      </w:r>
      <w:r w:rsidR="00CB0972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opravu</w:t>
      </w:r>
      <w:r w:rsidRPr="00B83684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 na samostatné straně s nadpisem ERRATA (14 b, tučně). Errata se volně vloží za titulní stranu. Nezapočítáv</w:t>
      </w:r>
      <w:r w:rsidR="00CB0972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á</w:t>
      </w:r>
      <w:r w:rsidRPr="00B83684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 se do stránkování práce a </w:t>
      </w:r>
      <w:r w:rsidR="0009123C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ani se</w:t>
      </w:r>
      <w:r w:rsidR="000A402C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 na ni</w:t>
      </w:r>
      <w:r w:rsidR="0009123C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 </w:t>
      </w:r>
      <w:r w:rsidRPr="00B83684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neuvádí číslo strany.</w:t>
      </w:r>
    </w:p>
    <w:p w14:paraId="3C63D781" w14:textId="77777777" w:rsidR="000A402C" w:rsidRDefault="0037633B" w:rsidP="000A402C">
      <w:pPr>
        <w:pStyle w:val="Odstavecseseznamem"/>
        <w:numPr>
          <w:ilvl w:val="0"/>
          <w:numId w:val="34"/>
        </w:numPr>
        <w:spacing w:after="16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cs-CZ" w:eastAsia="cs-CZ"/>
        </w:rPr>
      </w:pPr>
      <w:r w:rsidRPr="0037633B">
        <w:rPr>
          <w:rFonts w:ascii="Times New Roman" w:eastAsia="Times New Roman" w:hAnsi="Times New Roman" w:cs="Times New Roman"/>
          <w:b/>
          <w:sz w:val="24"/>
          <w:szCs w:val="24"/>
          <w:lang w:val="cs-CZ" w:eastAsia="cs-CZ"/>
        </w:rPr>
        <w:t>Tuto opravu lze provést pouze 1x</w:t>
      </w:r>
      <w:r w:rsidR="00B83684" w:rsidRPr="0037633B">
        <w:rPr>
          <w:rFonts w:ascii="Times New Roman" w:eastAsia="Times New Roman" w:hAnsi="Times New Roman" w:cs="Times New Roman"/>
          <w:b/>
          <w:sz w:val="24"/>
          <w:szCs w:val="24"/>
          <w:lang w:val="cs-CZ" w:eastAsia="cs-CZ"/>
        </w:rPr>
        <w:t>, a to nejpozději do jednoho týdne od odevzdání práce.</w:t>
      </w:r>
    </w:p>
    <w:p w14:paraId="051B1C08" w14:textId="6D38F033" w:rsidR="001768F9" w:rsidRPr="000A402C" w:rsidRDefault="001768F9" w:rsidP="000A402C">
      <w:pPr>
        <w:pStyle w:val="Odstavecseseznamem"/>
        <w:numPr>
          <w:ilvl w:val="0"/>
          <w:numId w:val="34"/>
        </w:numPr>
        <w:spacing w:after="16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cs-CZ" w:eastAsia="cs-CZ"/>
        </w:rPr>
      </w:pPr>
      <w:r w:rsidRPr="000A402C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Př.: </w:t>
      </w:r>
    </w:p>
    <w:p w14:paraId="1A729A9D" w14:textId="79A96FBC" w:rsidR="00507F59" w:rsidRPr="00507F59" w:rsidRDefault="00507F59" w:rsidP="00B0258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cs-CZ" w:eastAsia="cs-CZ"/>
        </w:rPr>
      </w:pPr>
      <w:r w:rsidRPr="00507F59">
        <w:rPr>
          <w:rFonts w:ascii="Times New Roman" w:eastAsia="Times New Roman" w:hAnsi="Times New Roman" w:cs="Times New Roman"/>
          <w:b/>
          <w:sz w:val="32"/>
          <w:szCs w:val="32"/>
          <w:lang w:val="cs-CZ" w:eastAsia="cs-CZ"/>
        </w:rPr>
        <w:t>ERRATA</w:t>
      </w:r>
    </w:p>
    <w:tbl>
      <w:tblPr>
        <w:tblStyle w:val="Mkatabul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5"/>
        <w:gridCol w:w="2126"/>
        <w:gridCol w:w="2126"/>
        <w:gridCol w:w="2126"/>
      </w:tblGrid>
      <w:tr w:rsidR="009D5F86" w14:paraId="52447BFC" w14:textId="7A05D558" w:rsidTr="000022E3">
        <w:tc>
          <w:tcPr>
            <w:tcW w:w="1250" w:type="pct"/>
          </w:tcPr>
          <w:p w14:paraId="39FB595E" w14:textId="73EF7A41" w:rsidR="009D5F86" w:rsidRDefault="009D5F86" w:rsidP="00EE449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cs-CZ" w:eastAsia="cs-CZ"/>
              </w:rPr>
              <w:t>Strana</w:t>
            </w:r>
          </w:p>
        </w:tc>
        <w:tc>
          <w:tcPr>
            <w:tcW w:w="1250" w:type="pct"/>
          </w:tcPr>
          <w:p w14:paraId="7AA04DAD" w14:textId="7010F04C" w:rsidR="009D5F86" w:rsidRDefault="009D5F86" w:rsidP="00EE449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cs-CZ" w:eastAsia="cs-CZ"/>
              </w:rPr>
              <w:t>Řádek</w:t>
            </w:r>
          </w:p>
        </w:tc>
        <w:tc>
          <w:tcPr>
            <w:tcW w:w="1250" w:type="pct"/>
          </w:tcPr>
          <w:p w14:paraId="72D0E094" w14:textId="56A8EEA3" w:rsidR="009D5F86" w:rsidRDefault="009D5F86" w:rsidP="00EE449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cs-CZ" w:eastAsia="cs-CZ"/>
              </w:rPr>
              <w:t>Chybně</w:t>
            </w:r>
          </w:p>
        </w:tc>
        <w:tc>
          <w:tcPr>
            <w:tcW w:w="1250" w:type="pct"/>
          </w:tcPr>
          <w:p w14:paraId="4CD695AB" w14:textId="7B8B5890" w:rsidR="009D5F86" w:rsidRDefault="009D5F86" w:rsidP="00EE449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cs-CZ" w:eastAsia="cs-CZ"/>
              </w:rPr>
              <w:t>Správně</w:t>
            </w:r>
          </w:p>
        </w:tc>
      </w:tr>
      <w:tr w:rsidR="009D5F86" w14:paraId="26ED65E3" w14:textId="6335A784" w:rsidTr="000022E3">
        <w:tc>
          <w:tcPr>
            <w:tcW w:w="1250" w:type="pct"/>
          </w:tcPr>
          <w:p w14:paraId="285553E1" w14:textId="545A154F" w:rsidR="009D5F86" w:rsidRDefault="009D5F86" w:rsidP="00EE449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cs-CZ" w:eastAsia="cs-CZ"/>
              </w:rPr>
              <w:t>12</w:t>
            </w:r>
          </w:p>
        </w:tc>
        <w:tc>
          <w:tcPr>
            <w:tcW w:w="1250" w:type="pct"/>
          </w:tcPr>
          <w:p w14:paraId="6C7FB6B4" w14:textId="1EF05C2E" w:rsidR="009D5F86" w:rsidRDefault="009D5F86" w:rsidP="00EE449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cs-CZ" w:eastAsia="cs-CZ"/>
              </w:rPr>
              <w:t>6</w:t>
            </w:r>
          </w:p>
        </w:tc>
        <w:tc>
          <w:tcPr>
            <w:tcW w:w="1250" w:type="pct"/>
          </w:tcPr>
          <w:p w14:paraId="7A90FAAB" w14:textId="545B70CF" w:rsidR="009D5F86" w:rsidRDefault="009D5F86" w:rsidP="00EE449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cs-CZ" w:eastAsia="cs-CZ"/>
              </w:rPr>
              <w:t>publikace</w:t>
            </w:r>
          </w:p>
        </w:tc>
        <w:tc>
          <w:tcPr>
            <w:tcW w:w="1250" w:type="pct"/>
          </w:tcPr>
          <w:p w14:paraId="1C6851F7" w14:textId="3C3B38A9" w:rsidR="009D5F86" w:rsidRDefault="009D5F86" w:rsidP="00EE449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cs-CZ" w:eastAsia="cs-CZ"/>
              </w:rPr>
              <w:t>prezentace</w:t>
            </w:r>
          </w:p>
        </w:tc>
      </w:tr>
      <w:tr w:rsidR="009D5F86" w14:paraId="640EB268" w14:textId="1317F18F" w:rsidTr="000022E3">
        <w:tc>
          <w:tcPr>
            <w:tcW w:w="1250" w:type="pct"/>
          </w:tcPr>
          <w:p w14:paraId="7C6A815D" w14:textId="616ADAD5" w:rsidR="009D5F86" w:rsidRDefault="00F45119" w:rsidP="00EE449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cs-CZ" w:eastAsia="cs-CZ"/>
              </w:rPr>
              <w:t>5</w:t>
            </w:r>
          </w:p>
        </w:tc>
        <w:tc>
          <w:tcPr>
            <w:tcW w:w="1250" w:type="pct"/>
          </w:tcPr>
          <w:p w14:paraId="1CF1CD11" w14:textId="275C5AC6" w:rsidR="009D5F86" w:rsidRDefault="00F45119" w:rsidP="00EE449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cs-CZ" w:eastAsia="cs-CZ"/>
              </w:rPr>
              <w:t>13</w:t>
            </w:r>
          </w:p>
        </w:tc>
        <w:tc>
          <w:tcPr>
            <w:tcW w:w="1250" w:type="pct"/>
          </w:tcPr>
          <w:p w14:paraId="0354B775" w14:textId="4DB5EACE" w:rsidR="009D5F86" w:rsidRDefault="00F45119" w:rsidP="00EE449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cs-CZ" w:eastAsia="cs-CZ"/>
              </w:rPr>
              <w:t>za pokoj</w:t>
            </w:r>
          </w:p>
        </w:tc>
        <w:tc>
          <w:tcPr>
            <w:tcW w:w="1250" w:type="pct"/>
          </w:tcPr>
          <w:p w14:paraId="189AB9E4" w14:textId="52E3C942" w:rsidR="009D5F86" w:rsidRDefault="00F45119" w:rsidP="00EE449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cs-CZ" w:eastAsia="cs-C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cs-CZ" w:eastAsia="cs-CZ"/>
              </w:rPr>
              <w:t>za osobu</w:t>
            </w:r>
          </w:p>
        </w:tc>
      </w:tr>
    </w:tbl>
    <w:p w14:paraId="51EA7885" w14:textId="77777777" w:rsidR="006817C1" w:rsidRDefault="00C80BD6" w:rsidP="006817C1">
      <w:pPr>
        <w:pStyle w:val="Nadpis1"/>
        <w:rPr>
          <w:lang w:val="cs-CZ" w:eastAsia="cs-CZ"/>
        </w:rPr>
      </w:pPr>
      <w:bookmarkStart w:id="11" w:name="_Toc239631139"/>
      <w:r>
        <w:rPr>
          <w:lang w:val="cs-CZ" w:eastAsia="cs-CZ"/>
        </w:rPr>
        <w:lastRenderedPageBreak/>
        <w:t>OBHAJOBA PRÁCE</w:t>
      </w:r>
      <w:bookmarkEnd w:id="11"/>
    </w:p>
    <w:p w14:paraId="7134AF17" w14:textId="6B06D367" w:rsidR="00624687" w:rsidRPr="00CA45C8" w:rsidRDefault="00624687" w:rsidP="00A26886">
      <w:pPr>
        <w:pStyle w:val="Odstavecseseznamem"/>
        <w:numPr>
          <w:ilvl w:val="0"/>
          <w:numId w:val="32"/>
        </w:numPr>
        <w:spacing w:after="16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</w:pPr>
      <w:r w:rsidRPr="00624687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V libovolném prezentačním nástroji, nemusí být nutně vytvořena v MS PowerPointu (např. </w:t>
      </w:r>
      <w:proofErr w:type="spellStart"/>
      <w:r w:rsidRPr="00624687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Canva</w:t>
      </w:r>
      <w:proofErr w:type="spellEnd"/>
      <w:r w:rsidRPr="00624687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).</w:t>
      </w:r>
    </w:p>
    <w:p w14:paraId="088E51A0" w14:textId="2B85C266" w:rsidR="006A65F3" w:rsidRPr="001C0F04" w:rsidRDefault="001C0F04" w:rsidP="00BC4711">
      <w:pPr>
        <w:pStyle w:val="Nadpis1"/>
        <w:rPr>
          <w:lang w:val="cs-CZ"/>
        </w:rPr>
      </w:pPr>
      <w:bookmarkStart w:id="12" w:name="_Toc239631140"/>
      <w:r w:rsidRPr="001C0F04">
        <w:rPr>
          <w:lang w:val="cs-CZ"/>
        </w:rPr>
        <w:t>KONTROLNÍ SEZNAM</w:t>
      </w:r>
      <w:bookmarkEnd w:id="12"/>
    </w:p>
    <w:p w14:paraId="1D6C0FC7" w14:textId="6A5CE7E2" w:rsidR="002900DA" w:rsidRPr="00507F59" w:rsidRDefault="00CB5F11" w:rsidP="00263B3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cs-CZ"/>
        </w:rPr>
      </w:pPr>
      <w:r w:rsidRPr="00507F59">
        <w:rPr>
          <w:rFonts w:ascii="Segoe UI Symbol" w:hAnsi="Segoe UI Symbol" w:cs="Segoe UI Symbol"/>
          <w:sz w:val="24"/>
          <w:szCs w:val="24"/>
          <w:lang w:val="cs-CZ"/>
        </w:rPr>
        <w:t>☐</w:t>
      </w:r>
      <w:r w:rsidRPr="00507F59">
        <w:rPr>
          <w:rFonts w:ascii="Times New Roman" w:hAnsi="Times New Roman" w:cs="Times New Roman"/>
          <w:sz w:val="24"/>
          <w:szCs w:val="24"/>
          <w:lang w:val="cs-CZ"/>
        </w:rPr>
        <w:t xml:space="preserve"> Správný rozsah</w:t>
      </w:r>
    </w:p>
    <w:p w14:paraId="56DE1A13" w14:textId="04A1453A" w:rsidR="0096283C" w:rsidRPr="00507F59" w:rsidRDefault="002900DA" w:rsidP="00263B3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cs-CZ"/>
        </w:rPr>
      </w:pPr>
      <w:r w:rsidRPr="00507F59">
        <w:rPr>
          <w:rFonts w:ascii="Segoe UI Symbol" w:hAnsi="Segoe UI Symbol" w:cs="Segoe UI Symbol"/>
          <w:sz w:val="24"/>
          <w:szCs w:val="24"/>
          <w:lang w:val="cs-CZ"/>
        </w:rPr>
        <w:t>☐</w:t>
      </w:r>
      <w:r w:rsidRPr="00507F59">
        <w:rPr>
          <w:rFonts w:ascii="Times New Roman" w:hAnsi="Times New Roman" w:cs="Times New Roman"/>
          <w:sz w:val="24"/>
          <w:szCs w:val="24"/>
          <w:lang w:val="cs-CZ"/>
        </w:rPr>
        <w:t xml:space="preserve"> Správné číslování str</w:t>
      </w:r>
      <w:r w:rsidR="006156BD" w:rsidRPr="00507F59">
        <w:rPr>
          <w:rFonts w:ascii="Times New Roman" w:hAnsi="Times New Roman" w:cs="Times New Roman"/>
          <w:sz w:val="24"/>
          <w:szCs w:val="24"/>
          <w:lang w:val="cs-CZ"/>
        </w:rPr>
        <w:t>an</w:t>
      </w:r>
      <w:r w:rsidR="00CB5F11" w:rsidRPr="00507F59">
        <w:rPr>
          <w:rFonts w:ascii="Times New Roman" w:hAnsi="Times New Roman" w:cs="Times New Roman"/>
          <w:sz w:val="24"/>
          <w:szCs w:val="24"/>
          <w:lang w:val="cs-CZ"/>
        </w:rPr>
        <w:br/>
      </w:r>
      <w:r w:rsidR="00CB5F11" w:rsidRPr="00507F59">
        <w:rPr>
          <w:rFonts w:ascii="Segoe UI Symbol" w:hAnsi="Segoe UI Symbol" w:cs="Segoe UI Symbol"/>
          <w:sz w:val="24"/>
          <w:szCs w:val="24"/>
          <w:lang w:val="cs-CZ"/>
        </w:rPr>
        <w:t>☐</w:t>
      </w:r>
      <w:r w:rsidR="00CB5F11" w:rsidRPr="00507F59">
        <w:rPr>
          <w:rFonts w:ascii="Times New Roman" w:hAnsi="Times New Roman" w:cs="Times New Roman"/>
          <w:sz w:val="24"/>
          <w:szCs w:val="24"/>
          <w:lang w:val="cs-CZ"/>
        </w:rPr>
        <w:t xml:space="preserve"> Automatický obsah</w:t>
      </w:r>
      <w:r w:rsidR="00CB5F11" w:rsidRPr="00507F59">
        <w:rPr>
          <w:rFonts w:ascii="Times New Roman" w:hAnsi="Times New Roman" w:cs="Times New Roman"/>
          <w:sz w:val="24"/>
          <w:szCs w:val="24"/>
          <w:lang w:val="cs-CZ"/>
        </w:rPr>
        <w:br/>
      </w:r>
      <w:r w:rsidR="00CB5F11" w:rsidRPr="00507F59">
        <w:rPr>
          <w:rFonts w:ascii="Segoe UI Symbol" w:hAnsi="Segoe UI Symbol" w:cs="Segoe UI Symbol"/>
          <w:sz w:val="24"/>
          <w:szCs w:val="24"/>
          <w:lang w:val="cs-CZ"/>
        </w:rPr>
        <w:t>☐</w:t>
      </w:r>
      <w:r w:rsidR="00CB5F11" w:rsidRPr="00507F59">
        <w:rPr>
          <w:rFonts w:ascii="Times New Roman" w:hAnsi="Times New Roman" w:cs="Times New Roman"/>
          <w:sz w:val="24"/>
          <w:szCs w:val="24"/>
          <w:lang w:val="cs-CZ"/>
        </w:rPr>
        <w:t xml:space="preserve"> Všechny citace</w:t>
      </w:r>
      <w:r w:rsidR="00CB5F11" w:rsidRPr="00507F59">
        <w:rPr>
          <w:rFonts w:ascii="Times New Roman" w:hAnsi="Times New Roman" w:cs="Times New Roman"/>
          <w:sz w:val="24"/>
          <w:szCs w:val="24"/>
          <w:lang w:val="cs-CZ"/>
        </w:rPr>
        <w:br/>
      </w:r>
      <w:r w:rsidR="00CB5F11" w:rsidRPr="00507F59">
        <w:rPr>
          <w:rFonts w:ascii="Segoe UI Symbol" w:hAnsi="Segoe UI Symbol" w:cs="Segoe UI Symbol"/>
          <w:sz w:val="24"/>
          <w:szCs w:val="24"/>
          <w:lang w:val="cs-CZ"/>
        </w:rPr>
        <w:t>☐</w:t>
      </w:r>
      <w:r w:rsidR="00CB5F11" w:rsidRPr="00507F59">
        <w:rPr>
          <w:rFonts w:ascii="Times New Roman" w:hAnsi="Times New Roman" w:cs="Times New Roman"/>
          <w:sz w:val="24"/>
          <w:szCs w:val="24"/>
          <w:lang w:val="cs-CZ"/>
        </w:rPr>
        <w:t xml:space="preserve"> Zdroje v seznamu literatury</w:t>
      </w:r>
      <w:r w:rsidR="00CB5F11" w:rsidRPr="00507F59">
        <w:rPr>
          <w:rFonts w:ascii="Times New Roman" w:hAnsi="Times New Roman" w:cs="Times New Roman"/>
          <w:sz w:val="24"/>
          <w:szCs w:val="24"/>
          <w:lang w:val="cs-CZ"/>
        </w:rPr>
        <w:br/>
      </w:r>
      <w:r w:rsidR="00CB5F11" w:rsidRPr="00507F59">
        <w:rPr>
          <w:rFonts w:ascii="Segoe UI Symbol" w:hAnsi="Segoe UI Symbol" w:cs="Segoe UI Symbol"/>
          <w:sz w:val="24"/>
          <w:szCs w:val="24"/>
          <w:lang w:val="cs-CZ"/>
        </w:rPr>
        <w:t>☐</w:t>
      </w:r>
      <w:r w:rsidR="00CB5F11" w:rsidRPr="00507F59">
        <w:rPr>
          <w:rFonts w:ascii="Times New Roman" w:hAnsi="Times New Roman" w:cs="Times New Roman"/>
          <w:sz w:val="24"/>
          <w:szCs w:val="24"/>
          <w:lang w:val="cs-CZ"/>
        </w:rPr>
        <w:t xml:space="preserve"> Podepsané čestné prohlášení</w:t>
      </w:r>
      <w:r w:rsidR="00CB5F11" w:rsidRPr="00507F59">
        <w:rPr>
          <w:rFonts w:ascii="Times New Roman" w:hAnsi="Times New Roman" w:cs="Times New Roman"/>
          <w:sz w:val="24"/>
          <w:szCs w:val="24"/>
          <w:lang w:val="cs-CZ"/>
        </w:rPr>
        <w:br/>
      </w:r>
      <w:r w:rsidR="00CB5F11" w:rsidRPr="00507F59">
        <w:rPr>
          <w:rFonts w:ascii="Segoe UI Symbol" w:hAnsi="Segoe UI Symbol" w:cs="Segoe UI Symbol"/>
          <w:sz w:val="24"/>
          <w:szCs w:val="24"/>
          <w:lang w:val="cs-CZ"/>
        </w:rPr>
        <w:t>☐</w:t>
      </w:r>
      <w:r w:rsidR="00CB5F11" w:rsidRPr="00507F59">
        <w:rPr>
          <w:rFonts w:ascii="Times New Roman" w:hAnsi="Times New Roman" w:cs="Times New Roman"/>
          <w:sz w:val="24"/>
          <w:szCs w:val="24"/>
          <w:lang w:val="cs-CZ"/>
        </w:rPr>
        <w:t xml:space="preserve"> Odevzdáno PDF i </w:t>
      </w:r>
      <w:r w:rsidR="00BC4711" w:rsidRPr="00507F59">
        <w:rPr>
          <w:rFonts w:ascii="Times New Roman" w:hAnsi="Times New Roman" w:cs="Times New Roman"/>
          <w:sz w:val="24"/>
          <w:szCs w:val="24"/>
          <w:lang w:val="cs-CZ"/>
        </w:rPr>
        <w:t xml:space="preserve">2x </w:t>
      </w:r>
      <w:r w:rsidR="00CB5F11" w:rsidRPr="00507F59">
        <w:rPr>
          <w:rFonts w:ascii="Times New Roman" w:hAnsi="Times New Roman" w:cs="Times New Roman"/>
          <w:sz w:val="24"/>
          <w:szCs w:val="24"/>
          <w:lang w:val="cs-CZ"/>
        </w:rPr>
        <w:t>tištěná verze</w:t>
      </w:r>
    </w:p>
    <w:p w14:paraId="6D16A9E9" w14:textId="77C23FD3" w:rsidR="0096283C" w:rsidRDefault="002436D5" w:rsidP="00B02585">
      <w:pPr>
        <w:spacing w:after="0" w:line="360" w:lineRule="auto"/>
        <w:rPr>
          <w:rFonts w:ascii="Times New Roman" w:hAnsi="Times New Roman" w:cs="Times New Roman"/>
          <w:lang w:val="cs-CZ"/>
        </w:rPr>
      </w:pPr>
      <w:r w:rsidRPr="00507F59">
        <w:rPr>
          <w:rFonts w:ascii="Segoe UI Symbol" w:hAnsi="Segoe UI Symbol" w:cs="Segoe UI Symbol"/>
          <w:sz w:val="24"/>
          <w:szCs w:val="24"/>
          <w:lang w:val="cs-CZ"/>
        </w:rPr>
        <w:t>☐</w:t>
      </w:r>
      <w:r w:rsidRPr="00507F59">
        <w:rPr>
          <w:rFonts w:ascii="Times New Roman" w:hAnsi="Times New Roman" w:cs="Times New Roman"/>
          <w:sz w:val="24"/>
          <w:szCs w:val="24"/>
          <w:lang w:val="cs-CZ"/>
        </w:rPr>
        <w:t xml:space="preserve"> Prezentace k obhajobě.</w:t>
      </w:r>
      <w:r w:rsidR="0096283C">
        <w:rPr>
          <w:rFonts w:ascii="Times New Roman" w:hAnsi="Times New Roman" w:cs="Times New Roman"/>
          <w:lang w:val="cs-CZ"/>
        </w:rPr>
        <w:br w:type="page"/>
      </w:r>
    </w:p>
    <w:p w14:paraId="10E2371B" w14:textId="77777777" w:rsidR="00CA45C8" w:rsidRDefault="00CA45C8" w:rsidP="00CA45C8">
      <w:pPr>
        <w:pStyle w:val="Nadpis1"/>
        <w:numPr>
          <w:ilvl w:val="0"/>
          <w:numId w:val="0"/>
        </w:numPr>
        <w:ind w:left="432" w:hanging="432"/>
        <w:jc w:val="center"/>
        <w:rPr>
          <w:lang w:val="cs-CZ"/>
        </w:rPr>
      </w:pPr>
    </w:p>
    <w:p w14:paraId="3B772068" w14:textId="77777777" w:rsidR="00CA45C8" w:rsidRDefault="00CA45C8" w:rsidP="00CA45C8">
      <w:pPr>
        <w:pStyle w:val="Nadpis1"/>
        <w:numPr>
          <w:ilvl w:val="0"/>
          <w:numId w:val="0"/>
        </w:numPr>
        <w:ind w:left="432" w:hanging="432"/>
        <w:jc w:val="center"/>
        <w:rPr>
          <w:lang w:val="cs-CZ"/>
        </w:rPr>
      </w:pPr>
    </w:p>
    <w:p w14:paraId="2D88D60D" w14:textId="77777777" w:rsidR="00CA45C8" w:rsidRDefault="00CA45C8" w:rsidP="00CA45C8">
      <w:pPr>
        <w:pStyle w:val="Nadpis1"/>
        <w:numPr>
          <w:ilvl w:val="0"/>
          <w:numId w:val="0"/>
        </w:numPr>
        <w:ind w:left="432" w:hanging="432"/>
        <w:jc w:val="center"/>
        <w:rPr>
          <w:lang w:val="cs-CZ"/>
        </w:rPr>
      </w:pPr>
    </w:p>
    <w:p w14:paraId="0FDA0346" w14:textId="77777777" w:rsidR="00CA45C8" w:rsidRDefault="00CA45C8" w:rsidP="00CA45C8">
      <w:pPr>
        <w:pStyle w:val="Nadpis1"/>
        <w:numPr>
          <w:ilvl w:val="0"/>
          <w:numId w:val="0"/>
        </w:numPr>
        <w:ind w:left="432" w:hanging="432"/>
        <w:jc w:val="center"/>
        <w:rPr>
          <w:lang w:val="cs-CZ"/>
        </w:rPr>
      </w:pPr>
    </w:p>
    <w:p w14:paraId="0AE53581" w14:textId="77777777" w:rsidR="00CA45C8" w:rsidRDefault="00CA45C8" w:rsidP="00CA45C8">
      <w:pPr>
        <w:pStyle w:val="Nadpis1"/>
        <w:numPr>
          <w:ilvl w:val="0"/>
          <w:numId w:val="0"/>
        </w:numPr>
        <w:ind w:left="432" w:hanging="432"/>
        <w:jc w:val="center"/>
        <w:rPr>
          <w:lang w:val="cs-CZ"/>
        </w:rPr>
      </w:pPr>
    </w:p>
    <w:p w14:paraId="07692744" w14:textId="77777777" w:rsidR="00CA45C8" w:rsidRDefault="00CA45C8" w:rsidP="00CA45C8">
      <w:pPr>
        <w:pStyle w:val="Nadpis1"/>
        <w:numPr>
          <w:ilvl w:val="0"/>
          <w:numId w:val="0"/>
        </w:numPr>
        <w:ind w:left="432" w:hanging="432"/>
        <w:jc w:val="center"/>
        <w:rPr>
          <w:lang w:val="cs-CZ"/>
        </w:rPr>
      </w:pPr>
    </w:p>
    <w:p w14:paraId="798BACC5" w14:textId="1642454C" w:rsidR="0096283C" w:rsidRDefault="0096283C" w:rsidP="00CA45C8">
      <w:pPr>
        <w:pStyle w:val="Nadpis1"/>
        <w:numPr>
          <w:ilvl w:val="0"/>
          <w:numId w:val="0"/>
        </w:numPr>
        <w:ind w:left="432" w:hanging="432"/>
        <w:jc w:val="center"/>
        <w:rPr>
          <w:lang w:val="cs-CZ"/>
        </w:rPr>
      </w:pPr>
      <w:bookmarkStart w:id="13" w:name="_Toc239631141"/>
      <w:r>
        <w:rPr>
          <w:lang w:val="cs-CZ"/>
        </w:rPr>
        <w:t>PŘÍLOHY</w:t>
      </w:r>
      <w:bookmarkEnd w:id="13"/>
    </w:p>
    <w:p w14:paraId="17AA740D" w14:textId="77777777" w:rsidR="00130F60" w:rsidRDefault="00130F60">
      <w:pPr>
        <w:rPr>
          <w:rFonts w:ascii="Times New Roman" w:hAnsi="Times New Roman" w:cs="Times New Roman"/>
          <w:lang w:val="cs-CZ"/>
        </w:rPr>
      </w:pPr>
      <w:r>
        <w:rPr>
          <w:rFonts w:ascii="Times New Roman" w:hAnsi="Times New Roman" w:cs="Times New Roman"/>
          <w:lang w:val="cs-CZ"/>
        </w:rPr>
        <w:br w:type="page"/>
      </w:r>
    </w:p>
    <w:p w14:paraId="7895E7D6" w14:textId="77777777" w:rsidR="00130F60" w:rsidRDefault="00130F60" w:rsidP="00130F6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cs-CZ" w:eastAsia="cs-CZ"/>
        </w:rPr>
        <w:sectPr w:rsidR="00130F60" w:rsidSect="00567553">
          <w:headerReference w:type="default" r:id="rId10"/>
          <w:pgSz w:w="11906" w:h="16838"/>
          <w:pgMar w:top="1418" w:right="1418" w:bottom="1418" w:left="1985" w:header="709" w:footer="709" w:gutter="0"/>
          <w:cols w:space="708"/>
          <w:docGrid w:linePitch="360"/>
        </w:sectPr>
      </w:pPr>
    </w:p>
    <w:p w14:paraId="1BC24E51" w14:textId="359A474F" w:rsidR="00D77103" w:rsidRDefault="002B1244" w:rsidP="00130F6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cs-CZ" w:eastAsia="cs-CZ"/>
        </w:rPr>
      </w:pPr>
      <w:r>
        <w:rPr>
          <w:rFonts w:ascii="Arial" w:hAnsi="Arial" w:cs="Arial"/>
          <w:b/>
          <w:bCs/>
          <w:noProof/>
          <w:color w:val="393168"/>
        </w:rPr>
        <w:lastRenderedPageBreak/>
        <w:drawing>
          <wp:anchor distT="0" distB="0" distL="114300" distR="114300" simplePos="0" relativeHeight="251664384" behindDoc="0" locked="0" layoutInCell="1" allowOverlap="1" wp14:anchorId="7AAE6E0C" wp14:editId="3FD5CDAE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5372100" cy="1054100"/>
            <wp:effectExtent l="0" t="0" r="0" b="0"/>
            <wp:wrapSquare wrapText="bothSides"/>
            <wp:docPr id="143587306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105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3D96EB2" w14:textId="77777777" w:rsidR="00D77103" w:rsidRDefault="00D77103" w:rsidP="00130F6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cs-CZ" w:eastAsia="cs-CZ"/>
        </w:rPr>
      </w:pPr>
    </w:p>
    <w:p w14:paraId="2ACB648F" w14:textId="77777777" w:rsidR="002B1244" w:rsidRDefault="002B1244" w:rsidP="00130F6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68C5E78C" w14:textId="77777777" w:rsidR="002B1244" w:rsidRDefault="002B1244" w:rsidP="00130F6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2505F74B" w14:textId="77777777" w:rsidR="00E22862" w:rsidRDefault="00E22862" w:rsidP="00130F6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406C5A9F" w14:textId="0B0DA1D4" w:rsidR="00130F60" w:rsidRPr="00D77103" w:rsidRDefault="00130F60" w:rsidP="00130F60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2E74B5"/>
          <w:sz w:val="24"/>
          <w:szCs w:val="24"/>
          <w:lang w:val="cs-CZ" w:eastAsia="cs-CZ"/>
        </w:rPr>
      </w:pPr>
      <w:r w:rsidRPr="00D77103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 xml:space="preserve">Vzdělávací program: </w:t>
      </w:r>
      <w:bookmarkStart w:id="14" w:name="OLE_LINK4"/>
      <w:r w:rsidR="00FB1D10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78</w:t>
      </w:r>
      <w:r w:rsidRPr="00D77103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-42-M/0</w:t>
      </w:r>
      <w:r w:rsidR="00FB1D10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3</w:t>
      </w:r>
      <w:r w:rsidRPr="00D77103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 xml:space="preserve"> </w:t>
      </w:r>
      <w:r w:rsidR="00F80C06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Pedagogické lyceum</w:t>
      </w:r>
      <w:r w:rsidRPr="00D77103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 xml:space="preserve">, </w:t>
      </w:r>
      <w:bookmarkEnd w:id="14"/>
      <w:r w:rsidRPr="00D77103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 xml:space="preserve">ŠVP </w:t>
      </w:r>
      <w:r w:rsidR="00F80C06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Pedagogické lyceum</w:t>
      </w:r>
    </w:p>
    <w:p w14:paraId="17DD50C5" w14:textId="77777777" w:rsidR="00130F60" w:rsidRPr="00130F60" w:rsidRDefault="00130F60" w:rsidP="00130F6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cs-CZ" w:eastAsia="cs-CZ"/>
        </w:rPr>
      </w:pPr>
    </w:p>
    <w:p w14:paraId="2070423A" w14:textId="77777777" w:rsidR="00130F60" w:rsidRPr="00130F60" w:rsidRDefault="00130F60" w:rsidP="00130F6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cs-CZ" w:eastAsia="cs-CZ"/>
        </w:rPr>
      </w:pPr>
    </w:p>
    <w:p w14:paraId="37186176" w14:textId="77777777" w:rsidR="00130F60" w:rsidRPr="00130F60" w:rsidRDefault="00130F60" w:rsidP="00130F6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cs-CZ" w:eastAsia="cs-CZ"/>
        </w:rPr>
      </w:pPr>
    </w:p>
    <w:p w14:paraId="3D5FBE5D" w14:textId="77777777" w:rsidR="00130F60" w:rsidRPr="00130F60" w:rsidRDefault="00130F60" w:rsidP="00130F6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cs-CZ" w:eastAsia="cs-CZ"/>
        </w:rPr>
      </w:pPr>
    </w:p>
    <w:p w14:paraId="1D16CF1A" w14:textId="77777777" w:rsidR="00130F60" w:rsidRPr="00130F60" w:rsidRDefault="00130F60" w:rsidP="00130F6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cs-CZ" w:eastAsia="cs-CZ"/>
        </w:rPr>
      </w:pPr>
    </w:p>
    <w:p w14:paraId="0879CC45" w14:textId="77777777" w:rsidR="00130F60" w:rsidRPr="00130F60" w:rsidRDefault="00130F60" w:rsidP="00130F6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cs-CZ" w:eastAsia="cs-CZ"/>
        </w:rPr>
      </w:pPr>
      <w:r w:rsidRPr="00130F60">
        <w:rPr>
          <w:rFonts w:ascii="Times New Roman" w:eastAsia="Times New Roman" w:hAnsi="Times New Roman" w:cs="Times New Roman"/>
          <w:b/>
          <w:sz w:val="40"/>
          <w:szCs w:val="40"/>
          <w:lang w:val="cs-CZ" w:eastAsia="cs-CZ"/>
        </w:rPr>
        <w:t xml:space="preserve">MATURITNÍ PRÁCE </w:t>
      </w:r>
    </w:p>
    <w:p w14:paraId="439E184E" w14:textId="03F4BCD9" w:rsidR="00130F60" w:rsidRPr="00130F60" w:rsidRDefault="00130F60" w:rsidP="00130F6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2E74B5"/>
          <w:sz w:val="40"/>
          <w:szCs w:val="40"/>
          <w:lang w:val="cs-CZ" w:eastAsia="cs-CZ"/>
        </w:rPr>
      </w:pPr>
      <w:r w:rsidRPr="00130F60">
        <w:rPr>
          <w:rFonts w:ascii="Times New Roman" w:eastAsia="Times New Roman" w:hAnsi="Times New Roman" w:cs="Times New Roman"/>
          <w:b/>
          <w:color w:val="2E74B5"/>
          <w:sz w:val="40"/>
          <w:szCs w:val="40"/>
          <w:lang w:val="cs-CZ" w:eastAsia="cs-CZ"/>
        </w:rPr>
        <w:t>(velikost písma 20, písmena VELKÁ a TUČN</w:t>
      </w:r>
      <w:r w:rsidR="007920A7">
        <w:rPr>
          <w:rFonts w:ascii="Times New Roman" w:eastAsia="Times New Roman" w:hAnsi="Times New Roman" w:cs="Times New Roman"/>
          <w:b/>
          <w:color w:val="2E74B5"/>
          <w:sz w:val="40"/>
          <w:szCs w:val="40"/>
          <w:lang w:val="cs-CZ" w:eastAsia="cs-CZ"/>
        </w:rPr>
        <w:t>Á</w:t>
      </w:r>
      <w:r w:rsidRPr="00130F60">
        <w:rPr>
          <w:rFonts w:ascii="Times New Roman" w:eastAsia="Times New Roman" w:hAnsi="Times New Roman" w:cs="Times New Roman"/>
          <w:b/>
          <w:color w:val="2E74B5"/>
          <w:sz w:val="40"/>
          <w:szCs w:val="40"/>
          <w:lang w:val="cs-CZ" w:eastAsia="cs-CZ"/>
        </w:rPr>
        <w:t>)</w:t>
      </w:r>
    </w:p>
    <w:p w14:paraId="23174CBE" w14:textId="77777777" w:rsidR="00130F60" w:rsidRPr="00130F60" w:rsidRDefault="00130F60" w:rsidP="00130F60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24"/>
          <w:lang w:val="cs-CZ" w:eastAsia="cs-CZ"/>
        </w:rPr>
      </w:pPr>
    </w:p>
    <w:p w14:paraId="4FE7D7C9" w14:textId="77777777" w:rsidR="00130F60" w:rsidRPr="00130F60" w:rsidRDefault="00130F60" w:rsidP="00130F6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val="cs-CZ" w:eastAsia="cs-CZ"/>
        </w:rPr>
      </w:pPr>
      <w:r w:rsidRPr="00130F60">
        <w:rPr>
          <w:rFonts w:ascii="Times New Roman" w:eastAsia="Times New Roman" w:hAnsi="Times New Roman" w:cs="Times New Roman"/>
          <w:b/>
          <w:sz w:val="36"/>
          <w:szCs w:val="36"/>
          <w:lang w:val="cs-CZ" w:eastAsia="cs-CZ"/>
        </w:rPr>
        <w:t xml:space="preserve">NÁZEV PRÁCE </w:t>
      </w:r>
    </w:p>
    <w:p w14:paraId="0C4E0DCB" w14:textId="3DFD858E" w:rsidR="00130F60" w:rsidRPr="007920A7" w:rsidRDefault="00130F60" w:rsidP="00130F6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2E74B5"/>
          <w:sz w:val="36"/>
          <w:szCs w:val="36"/>
          <w:lang w:val="cs-CZ" w:eastAsia="cs-CZ"/>
        </w:rPr>
      </w:pPr>
      <w:r w:rsidRPr="007920A7">
        <w:rPr>
          <w:rFonts w:ascii="Times New Roman" w:eastAsia="Times New Roman" w:hAnsi="Times New Roman" w:cs="Times New Roman"/>
          <w:b/>
          <w:color w:val="2E74B5"/>
          <w:sz w:val="36"/>
          <w:szCs w:val="36"/>
          <w:lang w:val="cs-CZ" w:eastAsia="cs-CZ"/>
        </w:rPr>
        <w:t>(velikost písma 18, písmena VELKÁ a TUČN</w:t>
      </w:r>
      <w:r w:rsidR="007920A7" w:rsidRPr="007920A7">
        <w:rPr>
          <w:rFonts w:ascii="Times New Roman" w:eastAsia="Times New Roman" w:hAnsi="Times New Roman" w:cs="Times New Roman"/>
          <w:b/>
          <w:color w:val="2E74B5"/>
          <w:sz w:val="36"/>
          <w:szCs w:val="36"/>
          <w:lang w:val="cs-CZ" w:eastAsia="cs-CZ"/>
        </w:rPr>
        <w:t>Á</w:t>
      </w:r>
      <w:r w:rsidRPr="007920A7">
        <w:rPr>
          <w:rFonts w:ascii="Times New Roman" w:eastAsia="Times New Roman" w:hAnsi="Times New Roman" w:cs="Times New Roman"/>
          <w:b/>
          <w:color w:val="2E74B5"/>
          <w:sz w:val="36"/>
          <w:szCs w:val="36"/>
          <w:lang w:val="cs-CZ" w:eastAsia="cs-CZ"/>
        </w:rPr>
        <w:t>)</w:t>
      </w:r>
    </w:p>
    <w:p w14:paraId="37D7656A" w14:textId="77777777" w:rsidR="00296EBF" w:rsidRDefault="00296EBF" w:rsidP="00130F6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2973DB12" w14:textId="5DB65B3F" w:rsidR="00130F60" w:rsidRPr="00130F60" w:rsidRDefault="00130F60" w:rsidP="00130F6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130F60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Vedoucí práce:</w:t>
      </w:r>
      <w:r w:rsidRPr="00130F60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ab/>
      </w:r>
      <w:r w:rsidRPr="00130F60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ab/>
      </w:r>
      <w:r w:rsidRPr="00130F60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ab/>
      </w:r>
      <w:r w:rsidRPr="00130F60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ab/>
      </w:r>
      <w:r w:rsidRPr="00130F60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ab/>
      </w:r>
      <w:r w:rsidRPr="00130F60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ab/>
        <w:t>Autor:</w:t>
      </w:r>
    </w:p>
    <w:p w14:paraId="5CA80F77" w14:textId="77777777" w:rsidR="00130F60" w:rsidRPr="00130F60" w:rsidRDefault="00130F60" w:rsidP="00130F60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cs-CZ" w:eastAsia="cs-CZ"/>
        </w:rPr>
      </w:pPr>
      <w:r w:rsidRPr="00130F60">
        <w:rPr>
          <w:rFonts w:ascii="Times New Roman" w:eastAsia="Times New Roman" w:hAnsi="Times New Roman" w:cs="Times New Roman"/>
          <w:b/>
          <w:sz w:val="28"/>
          <w:szCs w:val="28"/>
          <w:lang w:val="cs-CZ" w:eastAsia="cs-CZ"/>
        </w:rPr>
        <w:t>Mgr. Petra Nová</w:t>
      </w:r>
      <w:r w:rsidRPr="00130F60">
        <w:rPr>
          <w:rFonts w:ascii="Times New Roman" w:eastAsia="Times New Roman" w:hAnsi="Times New Roman" w:cs="Times New Roman"/>
          <w:b/>
          <w:sz w:val="24"/>
          <w:szCs w:val="24"/>
          <w:lang w:val="cs-CZ" w:eastAsia="cs-CZ"/>
        </w:rPr>
        <w:tab/>
      </w:r>
      <w:r w:rsidRPr="00130F60">
        <w:rPr>
          <w:rFonts w:ascii="Times New Roman" w:eastAsia="Times New Roman" w:hAnsi="Times New Roman" w:cs="Times New Roman"/>
          <w:b/>
          <w:sz w:val="24"/>
          <w:szCs w:val="24"/>
          <w:lang w:val="cs-CZ" w:eastAsia="cs-CZ"/>
        </w:rPr>
        <w:tab/>
      </w:r>
      <w:r w:rsidRPr="00130F60">
        <w:rPr>
          <w:rFonts w:ascii="Times New Roman" w:eastAsia="Times New Roman" w:hAnsi="Times New Roman" w:cs="Times New Roman"/>
          <w:b/>
          <w:sz w:val="24"/>
          <w:szCs w:val="24"/>
          <w:lang w:val="cs-CZ" w:eastAsia="cs-CZ"/>
        </w:rPr>
        <w:tab/>
      </w:r>
      <w:r w:rsidRPr="00130F60">
        <w:rPr>
          <w:rFonts w:ascii="Times New Roman" w:eastAsia="Times New Roman" w:hAnsi="Times New Roman" w:cs="Times New Roman"/>
          <w:b/>
          <w:sz w:val="24"/>
          <w:szCs w:val="24"/>
          <w:lang w:val="cs-CZ" w:eastAsia="cs-CZ"/>
        </w:rPr>
        <w:tab/>
      </w:r>
      <w:r w:rsidRPr="00130F60">
        <w:rPr>
          <w:rFonts w:ascii="Times New Roman" w:eastAsia="Times New Roman" w:hAnsi="Times New Roman" w:cs="Times New Roman"/>
          <w:b/>
          <w:sz w:val="24"/>
          <w:szCs w:val="24"/>
          <w:lang w:val="cs-CZ" w:eastAsia="cs-CZ"/>
        </w:rPr>
        <w:tab/>
      </w:r>
      <w:r w:rsidRPr="00130F60">
        <w:rPr>
          <w:rFonts w:ascii="Times New Roman" w:eastAsia="Times New Roman" w:hAnsi="Times New Roman" w:cs="Times New Roman"/>
          <w:b/>
          <w:sz w:val="24"/>
          <w:szCs w:val="24"/>
          <w:lang w:val="cs-CZ" w:eastAsia="cs-CZ"/>
        </w:rPr>
        <w:tab/>
      </w:r>
      <w:r w:rsidRPr="00130F60">
        <w:rPr>
          <w:rFonts w:ascii="Times New Roman" w:eastAsia="Times New Roman" w:hAnsi="Times New Roman" w:cs="Times New Roman"/>
          <w:b/>
          <w:sz w:val="28"/>
          <w:szCs w:val="28"/>
          <w:lang w:val="cs-CZ" w:eastAsia="cs-CZ"/>
        </w:rPr>
        <w:t>Marie Pokorná</w:t>
      </w:r>
    </w:p>
    <w:p w14:paraId="36661E79" w14:textId="77777777" w:rsidR="00130F60" w:rsidRPr="00130F60" w:rsidRDefault="00130F60" w:rsidP="00130F60">
      <w:pPr>
        <w:spacing w:after="0" w:line="360" w:lineRule="auto"/>
        <w:rPr>
          <w:rFonts w:ascii="Times New Roman" w:eastAsia="Times New Roman" w:hAnsi="Times New Roman" w:cs="Times New Roman"/>
          <w:b/>
          <w:color w:val="2E74B5"/>
          <w:sz w:val="28"/>
          <w:szCs w:val="28"/>
          <w:lang w:val="cs-CZ" w:eastAsia="cs-CZ"/>
        </w:rPr>
      </w:pPr>
      <w:r w:rsidRPr="00130F60">
        <w:rPr>
          <w:rFonts w:ascii="Times New Roman" w:eastAsia="Times New Roman" w:hAnsi="Times New Roman" w:cs="Times New Roman"/>
          <w:b/>
          <w:color w:val="2E74B5"/>
          <w:sz w:val="28"/>
          <w:szCs w:val="28"/>
          <w:lang w:val="cs-CZ" w:eastAsia="cs-CZ"/>
        </w:rPr>
        <w:t>(velikost písma 14, tučně)</w:t>
      </w:r>
      <w:r w:rsidRPr="00130F60">
        <w:rPr>
          <w:rFonts w:ascii="Times New Roman" w:eastAsia="Times New Roman" w:hAnsi="Times New Roman" w:cs="Times New Roman"/>
          <w:b/>
          <w:color w:val="2E74B5"/>
          <w:sz w:val="28"/>
          <w:szCs w:val="28"/>
          <w:lang w:val="cs-CZ" w:eastAsia="cs-CZ"/>
        </w:rPr>
        <w:tab/>
      </w:r>
      <w:r w:rsidRPr="00130F60">
        <w:rPr>
          <w:rFonts w:ascii="Times New Roman" w:eastAsia="Times New Roman" w:hAnsi="Times New Roman" w:cs="Times New Roman"/>
          <w:b/>
          <w:color w:val="2E74B5"/>
          <w:sz w:val="28"/>
          <w:szCs w:val="28"/>
          <w:lang w:val="cs-CZ" w:eastAsia="cs-CZ"/>
        </w:rPr>
        <w:tab/>
      </w:r>
      <w:r w:rsidRPr="00130F60">
        <w:rPr>
          <w:rFonts w:ascii="Times New Roman" w:eastAsia="Times New Roman" w:hAnsi="Times New Roman" w:cs="Times New Roman"/>
          <w:b/>
          <w:color w:val="2E74B5"/>
          <w:sz w:val="28"/>
          <w:szCs w:val="28"/>
          <w:lang w:val="cs-CZ" w:eastAsia="cs-CZ"/>
        </w:rPr>
        <w:tab/>
      </w:r>
      <w:r w:rsidRPr="00130F60">
        <w:rPr>
          <w:rFonts w:ascii="Times New Roman" w:eastAsia="Times New Roman" w:hAnsi="Times New Roman" w:cs="Times New Roman"/>
          <w:b/>
          <w:color w:val="2E74B5"/>
          <w:sz w:val="28"/>
          <w:szCs w:val="28"/>
          <w:lang w:val="cs-CZ" w:eastAsia="cs-CZ"/>
        </w:rPr>
        <w:tab/>
        <w:t>(velikost písma 14, tučně)</w:t>
      </w:r>
    </w:p>
    <w:p w14:paraId="06ABE46C" w14:textId="77777777" w:rsidR="00130F60" w:rsidRPr="00130F60" w:rsidRDefault="00130F60" w:rsidP="00130F60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cs-CZ" w:eastAsia="cs-CZ"/>
        </w:rPr>
      </w:pPr>
      <w:r w:rsidRPr="00130F60">
        <w:rPr>
          <w:rFonts w:ascii="Times New Roman" w:eastAsia="Times New Roman" w:hAnsi="Times New Roman" w:cs="Times New Roman"/>
          <w:b/>
          <w:sz w:val="28"/>
          <w:szCs w:val="28"/>
          <w:lang w:val="cs-CZ" w:eastAsia="cs-CZ"/>
        </w:rPr>
        <w:tab/>
      </w:r>
      <w:r w:rsidRPr="00130F60">
        <w:rPr>
          <w:rFonts w:ascii="Times New Roman" w:eastAsia="Times New Roman" w:hAnsi="Times New Roman" w:cs="Times New Roman"/>
          <w:b/>
          <w:sz w:val="28"/>
          <w:szCs w:val="28"/>
          <w:lang w:val="cs-CZ" w:eastAsia="cs-CZ"/>
        </w:rPr>
        <w:tab/>
      </w:r>
      <w:r w:rsidRPr="00130F60">
        <w:rPr>
          <w:rFonts w:ascii="Times New Roman" w:eastAsia="Times New Roman" w:hAnsi="Times New Roman" w:cs="Times New Roman"/>
          <w:b/>
          <w:sz w:val="28"/>
          <w:szCs w:val="28"/>
          <w:lang w:val="cs-CZ" w:eastAsia="cs-CZ"/>
        </w:rPr>
        <w:tab/>
      </w:r>
      <w:r w:rsidRPr="00130F60">
        <w:rPr>
          <w:rFonts w:ascii="Times New Roman" w:eastAsia="Times New Roman" w:hAnsi="Times New Roman" w:cs="Times New Roman"/>
          <w:b/>
          <w:sz w:val="28"/>
          <w:szCs w:val="28"/>
          <w:lang w:val="cs-CZ" w:eastAsia="cs-CZ"/>
        </w:rPr>
        <w:tab/>
      </w:r>
    </w:p>
    <w:p w14:paraId="0B66BC42" w14:textId="77777777" w:rsidR="00130F60" w:rsidRPr="00130F60" w:rsidRDefault="00130F60" w:rsidP="00130F6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cs-CZ" w:eastAsia="cs-CZ"/>
        </w:rPr>
      </w:pPr>
    </w:p>
    <w:p w14:paraId="7F50EC37" w14:textId="638EE7C8" w:rsidR="00130F60" w:rsidRPr="00130F60" w:rsidRDefault="00130F60" w:rsidP="00130F6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cs-CZ" w:eastAsia="cs-CZ"/>
        </w:rPr>
      </w:pPr>
      <w:r w:rsidRPr="00130F60">
        <w:rPr>
          <w:rFonts w:ascii="Times New Roman" w:eastAsia="Times New Roman" w:hAnsi="Times New Roman" w:cs="Times New Roman"/>
          <w:b/>
          <w:sz w:val="28"/>
          <w:szCs w:val="24"/>
          <w:lang w:val="cs-CZ" w:eastAsia="cs-CZ"/>
        </w:rPr>
        <w:t>Příbram 20</w:t>
      </w:r>
      <w:r w:rsidR="007920A7">
        <w:rPr>
          <w:rFonts w:ascii="Times New Roman" w:eastAsia="Times New Roman" w:hAnsi="Times New Roman" w:cs="Times New Roman"/>
          <w:b/>
          <w:sz w:val="28"/>
          <w:szCs w:val="24"/>
          <w:lang w:val="cs-CZ" w:eastAsia="cs-CZ"/>
        </w:rPr>
        <w:t>27</w:t>
      </w:r>
    </w:p>
    <w:p w14:paraId="5E82FBAE" w14:textId="77777777" w:rsidR="00130F60" w:rsidRPr="00130F60" w:rsidRDefault="00130F60" w:rsidP="00130F6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2E74B5"/>
          <w:sz w:val="28"/>
          <w:szCs w:val="28"/>
          <w:lang w:val="cs-CZ" w:eastAsia="cs-CZ"/>
        </w:rPr>
        <w:sectPr w:rsidR="00130F60" w:rsidRPr="00130F60" w:rsidSect="00130F60">
          <w:headerReference w:type="default" r:id="rId12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130F60">
        <w:rPr>
          <w:rFonts w:ascii="Times New Roman" w:eastAsia="Times New Roman" w:hAnsi="Times New Roman" w:cs="Times New Roman"/>
          <w:b/>
          <w:color w:val="2E74B5"/>
          <w:sz w:val="28"/>
          <w:szCs w:val="28"/>
          <w:lang w:val="cs-CZ" w:eastAsia="cs-CZ"/>
        </w:rPr>
        <w:t>(velikost písma 14, tučně)</w:t>
      </w:r>
    </w:p>
    <w:p w14:paraId="4046579C" w14:textId="6A35AD38" w:rsidR="009723A2" w:rsidRPr="009723A2" w:rsidRDefault="009723A2" w:rsidP="009723A2">
      <w:pPr>
        <w:spacing w:after="0" w:line="360" w:lineRule="auto"/>
        <w:rPr>
          <w:rFonts w:ascii="Times New Roman" w:eastAsia="Times New Roman" w:hAnsi="Times New Roman" w:cs="Times New Roman"/>
          <w:b/>
          <w:sz w:val="32"/>
          <w:szCs w:val="24"/>
          <w:lang w:val="cs-CZ" w:eastAsia="cs-CZ"/>
        </w:rPr>
      </w:pPr>
      <w:r w:rsidRPr="009723A2">
        <w:rPr>
          <w:rFonts w:ascii="Times New Roman" w:eastAsia="Times New Roman" w:hAnsi="Times New Roman" w:cs="Times New Roman"/>
          <w:b/>
          <w:sz w:val="32"/>
          <w:szCs w:val="24"/>
          <w:lang w:val="cs-CZ" w:eastAsia="cs-CZ"/>
        </w:rPr>
        <w:lastRenderedPageBreak/>
        <w:t xml:space="preserve">ČESTNÉ PROHLÁŠENÍ </w:t>
      </w:r>
      <w:r w:rsidRPr="009723A2">
        <w:rPr>
          <w:rFonts w:ascii="Times New Roman" w:eastAsia="Times New Roman" w:hAnsi="Times New Roman" w:cs="Times New Roman"/>
          <w:b/>
          <w:color w:val="2E74B5"/>
          <w:sz w:val="32"/>
          <w:szCs w:val="32"/>
          <w:lang w:val="cs-CZ" w:eastAsia="cs-CZ"/>
        </w:rPr>
        <w:t>(</w:t>
      </w:r>
      <w:r w:rsidR="007C166D">
        <w:rPr>
          <w:rFonts w:ascii="Times New Roman" w:eastAsia="Times New Roman" w:hAnsi="Times New Roman" w:cs="Times New Roman"/>
          <w:b/>
          <w:color w:val="2E74B5"/>
          <w:sz w:val="32"/>
          <w:szCs w:val="32"/>
          <w:lang w:val="cs-CZ" w:eastAsia="cs-CZ"/>
        </w:rPr>
        <w:t xml:space="preserve">Nadpis 1: </w:t>
      </w:r>
      <w:r w:rsidRPr="009723A2">
        <w:rPr>
          <w:rFonts w:ascii="Times New Roman" w:eastAsia="Times New Roman" w:hAnsi="Times New Roman" w:cs="Times New Roman"/>
          <w:b/>
          <w:color w:val="2E74B5"/>
          <w:sz w:val="32"/>
          <w:szCs w:val="32"/>
          <w:lang w:val="cs-CZ" w:eastAsia="cs-CZ"/>
        </w:rPr>
        <w:t>16 b, tučně, velká písmena)</w:t>
      </w:r>
    </w:p>
    <w:p w14:paraId="12463EF7" w14:textId="77777777" w:rsidR="009723A2" w:rsidRPr="009723A2" w:rsidRDefault="009723A2" w:rsidP="00972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2BEA4227" w14:textId="77777777" w:rsidR="009723A2" w:rsidRPr="009723A2" w:rsidRDefault="009723A2" w:rsidP="00BC1D0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cs-CZ" w:eastAsia="cs-CZ"/>
        </w:rPr>
      </w:pPr>
      <w:r w:rsidRPr="009723A2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Čestně prohlašuji, že maturitní práci jsem vypracovala samostatně, neporušila jsem autorský zákon a použitou literaturu jsem uvedla na příslušném místě.</w:t>
      </w:r>
    </w:p>
    <w:p w14:paraId="54F8A364" w14:textId="77777777" w:rsidR="009723A2" w:rsidRPr="009723A2" w:rsidRDefault="009723A2" w:rsidP="009723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61A10945" w14:textId="1D4A6541" w:rsidR="009723A2" w:rsidRPr="009723A2" w:rsidRDefault="009723A2" w:rsidP="009723A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9723A2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Příbram 15. 3. 202</w:t>
      </w:r>
      <w:r w:rsidR="00BC1D04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7</w:t>
      </w:r>
      <w:r w:rsidRPr="009723A2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ab/>
      </w:r>
      <w:r w:rsidRPr="009723A2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ab/>
      </w:r>
      <w:r w:rsidRPr="009723A2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ab/>
      </w:r>
      <w:r w:rsidRPr="009723A2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ab/>
      </w:r>
      <w:r w:rsidRPr="009723A2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ab/>
      </w:r>
      <w:r w:rsidRPr="009723A2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ab/>
        <w:t>……………………………</w:t>
      </w:r>
    </w:p>
    <w:p w14:paraId="79ED8304" w14:textId="77777777" w:rsidR="009723A2" w:rsidRPr="009723A2" w:rsidRDefault="009723A2" w:rsidP="009723A2">
      <w:pPr>
        <w:spacing w:after="0" w:line="360" w:lineRule="auto"/>
        <w:ind w:left="6372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9723A2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Marie Pokorná</w:t>
      </w:r>
    </w:p>
    <w:p w14:paraId="41CADFB0" w14:textId="77777777" w:rsidR="006A65F3" w:rsidRDefault="006A65F3" w:rsidP="00263B3F">
      <w:pPr>
        <w:spacing w:after="0" w:line="360" w:lineRule="auto"/>
        <w:rPr>
          <w:rFonts w:ascii="Times New Roman" w:hAnsi="Times New Roman" w:cs="Times New Roman"/>
          <w:lang w:val="cs-CZ"/>
        </w:rPr>
      </w:pPr>
    </w:p>
    <w:p w14:paraId="0136D6F1" w14:textId="77777777" w:rsidR="00B703C1" w:rsidRDefault="00B703C1" w:rsidP="00263B3F">
      <w:pPr>
        <w:spacing w:after="0" w:line="360" w:lineRule="auto"/>
        <w:rPr>
          <w:rFonts w:ascii="Times New Roman" w:hAnsi="Times New Roman" w:cs="Times New Roman"/>
          <w:lang w:val="cs-CZ"/>
        </w:rPr>
      </w:pPr>
    </w:p>
    <w:p w14:paraId="5271CD05" w14:textId="77777777" w:rsidR="00B703C1" w:rsidRDefault="00B703C1" w:rsidP="00263B3F">
      <w:pPr>
        <w:spacing w:after="0" w:line="360" w:lineRule="auto"/>
        <w:rPr>
          <w:rFonts w:ascii="Times New Roman" w:hAnsi="Times New Roman" w:cs="Times New Roman"/>
          <w:lang w:val="cs-CZ"/>
        </w:rPr>
      </w:pPr>
    </w:p>
    <w:p w14:paraId="50F670EF" w14:textId="77777777" w:rsidR="00BC1D04" w:rsidRDefault="00BC1D04" w:rsidP="00263B3F">
      <w:pPr>
        <w:spacing w:after="0" w:line="360" w:lineRule="auto"/>
        <w:rPr>
          <w:rFonts w:ascii="Times New Roman" w:hAnsi="Times New Roman" w:cs="Times New Roman"/>
          <w:lang w:val="cs-CZ"/>
        </w:rPr>
      </w:pPr>
    </w:p>
    <w:p w14:paraId="4B06B1D9" w14:textId="77777777" w:rsidR="00BC1D04" w:rsidRDefault="00BC1D04" w:rsidP="00263B3F">
      <w:pPr>
        <w:spacing w:after="0" w:line="360" w:lineRule="auto"/>
        <w:rPr>
          <w:rFonts w:ascii="Times New Roman" w:hAnsi="Times New Roman" w:cs="Times New Roman"/>
          <w:lang w:val="cs-CZ"/>
        </w:rPr>
      </w:pPr>
    </w:p>
    <w:p w14:paraId="3EF6814B" w14:textId="77777777" w:rsidR="002552DD" w:rsidRDefault="002552DD" w:rsidP="00263B3F">
      <w:pPr>
        <w:spacing w:after="0" w:line="360" w:lineRule="auto"/>
        <w:rPr>
          <w:rFonts w:ascii="Times New Roman" w:hAnsi="Times New Roman" w:cs="Times New Roman"/>
          <w:b/>
          <w:bCs/>
          <w:lang w:val="cs-CZ"/>
        </w:rPr>
      </w:pPr>
    </w:p>
    <w:p w14:paraId="28B45F41" w14:textId="6F1CCD22" w:rsidR="00B703C1" w:rsidRPr="002552DD" w:rsidRDefault="002552DD" w:rsidP="00263B3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cs-CZ"/>
        </w:rPr>
      </w:pPr>
      <w:r w:rsidRPr="002552DD">
        <w:rPr>
          <w:rFonts w:ascii="Times New Roman" w:hAnsi="Times New Roman" w:cs="Times New Roman"/>
          <w:b/>
          <w:bCs/>
          <w:sz w:val="24"/>
          <w:szCs w:val="24"/>
          <w:lang w:val="cs-CZ"/>
        </w:rPr>
        <w:t xml:space="preserve">Metodická </w:t>
      </w:r>
      <w:r w:rsidR="00B703C1" w:rsidRPr="002552DD">
        <w:rPr>
          <w:rFonts w:ascii="Times New Roman" w:hAnsi="Times New Roman" w:cs="Times New Roman"/>
          <w:b/>
          <w:bCs/>
          <w:sz w:val="24"/>
          <w:szCs w:val="24"/>
          <w:lang w:val="cs-CZ"/>
        </w:rPr>
        <w:t>pozn</w:t>
      </w:r>
      <w:r w:rsidRPr="002552DD">
        <w:rPr>
          <w:rFonts w:ascii="Times New Roman" w:hAnsi="Times New Roman" w:cs="Times New Roman"/>
          <w:b/>
          <w:bCs/>
          <w:sz w:val="24"/>
          <w:szCs w:val="24"/>
          <w:lang w:val="cs-CZ"/>
        </w:rPr>
        <w:t>ámka:</w:t>
      </w:r>
    </w:p>
    <w:p w14:paraId="466EFC42" w14:textId="77777777" w:rsidR="002552DD" w:rsidRPr="002552DD" w:rsidRDefault="00B703C1" w:rsidP="002552DD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</w:pPr>
      <w:r w:rsidRPr="002552DD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Je nutné dodržet jednotnou formulaci a úpravu čestného prohlášení takto vč. podpisu:</w:t>
      </w:r>
    </w:p>
    <w:p w14:paraId="67ACEE5F" w14:textId="056B1141" w:rsidR="002552DD" w:rsidRPr="002552DD" w:rsidRDefault="00B703C1" w:rsidP="002552DD">
      <w:pPr>
        <w:pStyle w:val="Odstavecseseznamem"/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</w:pPr>
      <w:r w:rsidRPr="002552DD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píše se ve spodní třetině listu na samostatnou stranu</w:t>
      </w:r>
      <w:r w:rsidR="002552DD" w:rsidRPr="002552DD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;</w:t>
      </w:r>
      <w:r w:rsidRPr="002552DD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 xml:space="preserve"> </w:t>
      </w:r>
    </w:p>
    <w:p w14:paraId="17B0BF14" w14:textId="2FCE84E5" w:rsidR="002552DD" w:rsidRPr="002552DD" w:rsidRDefault="00B703C1" w:rsidP="002552DD">
      <w:pPr>
        <w:pStyle w:val="Odstavecseseznamem"/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</w:pPr>
      <w:r w:rsidRPr="002552DD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 xml:space="preserve">má zabezpečit zodpovědnost </w:t>
      </w:r>
      <w:r w:rsidR="00FD3EC2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autora</w:t>
      </w:r>
      <w:r w:rsidRPr="002552DD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 xml:space="preserve"> práce za originalitu díla</w:t>
      </w:r>
      <w:r w:rsidR="002552DD" w:rsidRPr="002552DD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;</w:t>
      </w:r>
    </w:p>
    <w:p w14:paraId="3B01B63B" w14:textId="71F7C570" w:rsidR="00FD3EC2" w:rsidRDefault="00B703C1" w:rsidP="002552DD">
      <w:pPr>
        <w:pStyle w:val="Odstavecseseznamem"/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2552DD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musí být po vytištění ručně podepsané, bez podpisu nemá výpovědní hodnotu</w:t>
      </w:r>
      <w:r w:rsidR="002552DD" w:rsidRPr="002552DD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.</w:t>
      </w:r>
    </w:p>
    <w:p w14:paraId="495E419D" w14:textId="77777777" w:rsidR="00FD3EC2" w:rsidRDefault="00FD3EC2">
      <w:pPr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br w:type="page"/>
      </w:r>
    </w:p>
    <w:p w14:paraId="4007FB7A" w14:textId="77777777" w:rsidR="00FD3EC2" w:rsidRDefault="00FD3EC2" w:rsidP="007017F0">
      <w:pPr>
        <w:pStyle w:val="Odstavecseseznamem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sectPr w:rsidR="00FD3EC2" w:rsidSect="007C166D">
          <w:headerReference w:type="default" r:id="rId13"/>
          <w:pgSz w:w="12240" w:h="15840"/>
          <w:pgMar w:top="1440" w:right="1467" w:bottom="1440" w:left="1800" w:header="720" w:footer="720" w:gutter="0"/>
          <w:cols w:space="720"/>
          <w:docGrid w:linePitch="360"/>
        </w:sectPr>
      </w:pPr>
    </w:p>
    <w:p w14:paraId="037BD1EB" w14:textId="5FB3A8EA" w:rsidR="007017F0" w:rsidRPr="007017F0" w:rsidRDefault="007017F0" w:rsidP="007017F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cs-CZ"/>
        </w:rPr>
      </w:pPr>
      <w:r w:rsidRPr="007017F0">
        <w:rPr>
          <w:rFonts w:ascii="Times New Roman" w:eastAsia="Times New Roman" w:hAnsi="Times New Roman" w:cs="Times New Roman"/>
          <w:b/>
          <w:bCs/>
          <w:sz w:val="32"/>
          <w:szCs w:val="32"/>
          <w:lang w:val="cs-CZ" w:eastAsia="cs-CZ"/>
        </w:rPr>
        <w:lastRenderedPageBreak/>
        <w:t>PODĚKOVÁNÍ</w:t>
      </w:r>
      <w:r w:rsidRPr="007017F0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cs-CZ"/>
        </w:rPr>
        <w:t xml:space="preserve"> </w:t>
      </w:r>
      <w:r w:rsidRPr="009723A2">
        <w:rPr>
          <w:rFonts w:ascii="Times New Roman" w:eastAsia="Times New Roman" w:hAnsi="Times New Roman" w:cs="Times New Roman"/>
          <w:b/>
          <w:color w:val="2E74B5"/>
          <w:sz w:val="32"/>
          <w:szCs w:val="32"/>
          <w:lang w:val="cs-CZ" w:eastAsia="cs-CZ"/>
        </w:rPr>
        <w:t>(</w:t>
      </w:r>
      <w:r w:rsidR="007C166D">
        <w:rPr>
          <w:rFonts w:ascii="Times New Roman" w:eastAsia="Times New Roman" w:hAnsi="Times New Roman" w:cs="Times New Roman"/>
          <w:b/>
          <w:color w:val="2E74B5"/>
          <w:sz w:val="32"/>
          <w:szCs w:val="32"/>
          <w:lang w:val="cs-CZ" w:eastAsia="cs-CZ"/>
        </w:rPr>
        <w:t xml:space="preserve">Nadpis 1: </w:t>
      </w:r>
      <w:r w:rsidRPr="009723A2">
        <w:rPr>
          <w:rFonts w:ascii="Times New Roman" w:eastAsia="Times New Roman" w:hAnsi="Times New Roman" w:cs="Times New Roman"/>
          <w:b/>
          <w:color w:val="2E74B5"/>
          <w:sz w:val="32"/>
          <w:szCs w:val="32"/>
          <w:lang w:val="cs-CZ" w:eastAsia="cs-CZ"/>
        </w:rPr>
        <w:t>16 b, tučně, velká písmena)</w:t>
      </w:r>
    </w:p>
    <w:p w14:paraId="299B87A4" w14:textId="6C9B2779" w:rsidR="00E3351E" w:rsidRDefault="00E3351E" w:rsidP="007017F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</w:pPr>
      <w:r w:rsidRPr="00E3351E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Ráda bych poděkovala vedoucí své maturitní práce, paní Mgr. Jiřině Novotné, za odborné vedení, cenné rady a čas, který mi věnovala při zpracování této práce.</w:t>
      </w:r>
    </w:p>
    <w:p w14:paraId="50C6C4CD" w14:textId="77777777" w:rsidR="003A60BD" w:rsidRDefault="003A60BD" w:rsidP="007017F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</w:pPr>
    </w:p>
    <w:p w14:paraId="5B50BAB8" w14:textId="3227686F" w:rsidR="003A60BD" w:rsidRPr="003A60BD" w:rsidRDefault="003A60BD" w:rsidP="007017F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</w:pPr>
      <w:r w:rsidRPr="003A60BD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Chtěl bych poděkovat svému vedoucímu maturitní práce, panu Ing. Václavu Zelenkovi, za odborné vedení, cenné rady a připomínky, které mi během zpracování práce poskytoval, a za čas věnovaný konzultacím.</w:t>
      </w:r>
    </w:p>
    <w:p w14:paraId="745813AD" w14:textId="77777777" w:rsidR="00B703C1" w:rsidRPr="007017F0" w:rsidRDefault="00B703C1" w:rsidP="007017F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</w:pPr>
    </w:p>
    <w:p w14:paraId="6E7CDC0B" w14:textId="77777777" w:rsidR="00B703C1" w:rsidRDefault="00B703C1" w:rsidP="00263B3F">
      <w:pPr>
        <w:spacing w:after="0" w:line="360" w:lineRule="auto"/>
        <w:rPr>
          <w:rFonts w:ascii="Times New Roman" w:hAnsi="Times New Roman" w:cs="Times New Roman"/>
          <w:b/>
          <w:bCs/>
          <w:lang w:val="cs-CZ"/>
        </w:rPr>
      </w:pPr>
    </w:p>
    <w:p w14:paraId="317171F3" w14:textId="77777777" w:rsidR="007017F0" w:rsidRDefault="007017F0" w:rsidP="00263B3F">
      <w:pPr>
        <w:spacing w:after="0" w:line="360" w:lineRule="auto"/>
        <w:rPr>
          <w:rFonts w:ascii="Times New Roman" w:hAnsi="Times New Roman" w:cs="Times New Roman"/>
          <w:b/>
          <w:bCs/>
          <w:lang w:val="cs-CZ"/>
        </w:rPr>
      </w:pPr>
    </w:p>
    <w:p w14:paraId="13699FA7" w14:textId="77777777" w:rsidR="007017F0" w:rsidRDefault="007017F0" w:rsidP="00263B3F">
      <w:pPr>
        <w:spacing w:after="0" w:line="360" w:lineRule="auto"/>
        <w:rPr>
          <w:rFonts w:ascii="Times New Roman" w:hAnsi="Times New Roman" w:cs="Times New Roman"/>
          <w:b/>
          <w:bCs/>
          <w:lang w:val="cs-CZ"/>
        </w:rPr>
      </w:pPr>
    </w:p>
    <w:p w14:paraId="4AF598DC" w14:textId="77777777" w:rsidR="00B71E08" w:rsidRDefault="00B71E08" w:rsidP="00263B3F">
      <w:pPr>
        <w:spacing w:after="0" w:line="360" w:lineRule="auto"/>
        <w:rPr>
          <w:rFonts w:ascii="Times New Roman" w:hAnsi="Times New Roman" w:cs="Times New Roman"/>
          <w:b/>
          <w:bCs/>
          <w:lang w:val="cs-CZ"/>
        </w:rPr>
      </w:pPr>
    </w:p>
    <w:p w14:paraId="6858E8A8" w14:textId="77777777" w:rsidR="006C36CF" w:rsidRDefault="006C36CF" w:rsidP="00263B3F">
      <w:pPr>
        <w:spacing w:after="0" w:line="360" w:lineRule="auto"/>
        <w:rPr>
          <w:rFonts w:ascii="Times New Roman" w:hAnsi="Times New Roman" w:cs="Times New Roman"/>
          <w:b/>
          <w:bCs/>
          <w:lang w:val="cs-CZ"/>
        </w:rPr>
      </w:pPr>
    </w:p>
    <w:p w14:paraId="6C62F2B6" w14:textId="66BFD4F0" w:rsidR="007017F0" w:rsidRDefault="007017F0" w:rsidP="00263B3F">
      <w:pPr>
        <w:spacing w:after="0" w:line="360" w:lineRule="auto"/>
        <w:rPr>
          <w:rFonts w:ascii="Times New Roman" w:hAnsi="Times New Roman" w:cs="Times New Roman"/>
          <w:b/>
          <w:bCs/>
          <w:lang w:val="cs-CZ"/>
        </w:rPr>
      </w:pPr>
      <w:r>
        <w:rPr>
          <w:rFonts w:ascii="Times New Roman" w:hAnsi="Times New Roman" w:cs="Times New Roman"/>
          <w:b/>
          <w:bCs/>
          <w:lang w:val="cs-CZ"/>
        </w:rPr>
        <w:t>Metodická poznámka:</w:t>
      </w:r>
    </w:p>
    <w:p w14:paraId="411E53F6" w14:textId="18AF71C7" w:rsidR="009C1132" w:rsidRDefault="007017F0" w:rsidP="007017F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</w:pPr>
      <w:r w:rsidRPr="007017F0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Poděkování není povinné</w:t>
      </w:r>
      <w:r w:rsidR="00B71E08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:</w:t>
      </w:r>
      <w:r w:rsidRPr="007017F0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 </w:t>
      </w:r>
    </w:p>
    <w:p w14:paraId="71DD0D09" w14:textId="49771688" w:rsidR="009C1132" w:rsidRDefault="007017F0" w:rsidP="009C1132">
      <w:pPr>
        <w:pStyle w:val="Odstavecseseznamem"/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</w:pPr>
      <w:r w:rsidRPr="009C1132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píše</w:t>
      </w:r>
      <w:r w:rsidR="009C1132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 se</w:t>
      </w:r>
      <w:r w:rsidRPr="009C1132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 v poslední třetině na samostatnou stranu</w:t>
      </w:r>
      <w:r w:rsidR="009C1132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;</w:t>
      </w:r>
    </w:p>
    <w:p w14:paraId="359F0766" w14:textId="77777777" w:rsidR="008D5872" w:rsidRDefault="009C1132" w:rsidP="008D5872">
      <w:pPr>
        <w:pStyle w:val="Odstavecseseznamem"/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</w:pPr>
      <w:r w:rsidRPr="008D5872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p</w:t>
      </w:r>
      <w:r w:rsidR="007017F0" w:rsidRPr="008D5872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oděkování se vyjadřuje </w:t>
      </w:r>
      <w:r w:rsidRPr="008D5872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pouze</w:t>
      </w:r>
      <w:r w:rsidR="007017F0" w:rsidRPr="008D5872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 vedoucí</w:t>
      </w:r>
      <w:r w:rsidRPr="008D5872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/</w:t>
      </w:r>
      <w:r w:rsidR="007017F0" w:rsidRPr="008D5872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mu práce. </w:t>
      </w:r>
    </w:p>
    <w:p w14:paraId="1374F22C" w14:textId="77777777" w:rsidR="008D5872" w:rsidRDefault="008D5872" w:rsidP="008D587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</w:pPr>
    </w:p>
    <w:p w14:paraId="7D175AFF" w14:textId="77777777" w:rsidR="008D5872" w:rsidRDefault="008D5872" w:rsidP="008D587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</w:pPr>
    </w:p>
    <w:p w14:paraId="3170D368" w14:textId="77777777" w:rsidR="008D5872" w:rsidRDefault="008D5872" w:rsidP="008D587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</w:pPr>
    </w:p>
    <w:p w14:paraId="34336742" w14:textId="77777777" w:rsidR="008D5872" w:rsidRDefault="008D5872" w:rsidP="008D587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</w:pPr>
    </w:p>
    <w:p w14:paraId="196B1C8B" w14:textId="77777777" w:rsidR="008D5872" w:rsidRDefault="008D5872" w:rsidP="008D587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</w:pPr>
    </w:p>
    <w:p w14:paraId="2EE5F184" w14:textId="77777777" w:rsidR="008D5872" w:rsidRPr="008D5872" w:rsidRDefault="008D5872" w:rsidP="008D587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sectPr w:rsidR="008D5872" w:rsidRPr="008D5872" w:rsidSect="00034616">
          <w:headerReference w:type="default" r:id="rId14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2FA50793" w14:textId="3D32B64C" w:rsidR="008D5872" w:rsidRDefault="008D5872">
      <w:pPr>
        <w:rPr>
          <w:rFonts w:ascii="Times New Roman" w:eastAsia="Times New Roman" w:hAnsi="Times New Roman" w:cs="Times New Roman"/>
          <w:b/>
          <w:bCs/>
          <w:sz w:val="32"/>
          <w:szCs w:val="32"/>
          <w:lang w:val="cs-CZ" w:eastAsia="cs-CZ"/>
        </w:rPr>
      </w:pPr>
      <w:r w:rsidRPr="008D5872">
        <w:rPr>
          <w:rFonts w:ascii="Times New Roman" w:eastAsia="Times New Roman" w:hAnsi="Times New Roman" w:cs="Times New Roman"/>
          <w:b/>
          <w:bCs/>
          <w:sz w:val="32"/>
          <w:szCs w:val="32"/>
          <w:lang w:val="cs-CZ" w:eastAsia="cs-CZ"/>
        </w:rPr>
        <w:br w:type="page"/>
      </w:r>
    </w:p>
    <w:p w14:paraId="3DA5985E" w14:textId="3B7254A9" w:rsidR="00F80C06" w:rsidRDefault="00F80C06" w:rsidP="003338F2">
      <w:pPr>
        <w:spacing w:after="0"/>
        <w:rPr>
          <w:rFonts w:ascii="Times New Roman" w:eastAsia="Times New Roman" w:hAnsi="Times New Roman" w:cs="Times New Roman"/>
          <w:b/>
          <w:bCs/>
          <w:sz w:val="32"/>
          <w:szCs w:val="32"/>
          <w:lang w:val="cs-CZ" w:eastAsia="cs-CZ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val="cs-CZ" w:eastAsia="cs-CZ"/>
        </w:rPr>
        <w:lastRenderedPageBreak/>
        <w:t>ANOTACE</w:t>
      </w:r>
      <w:r w:rsidR="00567553">
        <w:rPr>
          <w:rFonts w:ascii="Times New Roman" w:eastAsia="Times New Roman" w:hAnsi="Times New Roman" w:cs="Times New Roman"/>
          <w:b/>
          <w:bCs/>
          <w:sz w:val="32"/>
          <w:szCs w:val="32"/>
          <w:lang w:val="cs-CZ" w:eastAsia="cs-CZ"/>
        </w:rPr>
        <w:t xml:space="preserve"> </w:t>
      </w:r>
      <w:r w:rsidR="00567553" w:rsidRPr="009723A2">
        <w:rPr>
          <w:rFonts w:ascii="Times New Roman" w:eastAsia="Times New Roman" w:hAnsi="Times New Roman" w:cs="Times New Roman"/>
          <w:b/>
          <w:color w:val="2E74B5"/>
          <w:sz w:val="32"/>
          <w:szCs w:val="32"/>
          <w:lang w:val="cs-CZ" w:eastAsia="cs-CZ"/>
        </w:rPr>
        <w:t>(</w:t>
      </w:r>
      <w:r w:rsidR="007C166D">
        <w:rPr>
          <w:rFonts w:ascii="Times New Roman" w:eastAsia="Times New Roman" w:hAnsi="Times New Roman" w:cs="Times New Roman"/>
          <w:b/>
          <w:color w:val="2E74B5"/>
          <w:sz w:val="32"/>
          <w:szCs w:val="32"/>
          <w:lang w:val="cs-CZ" w:eastAsia="cs-CZ"/>
        </w:rPr>
        <w:t xml:space="preserve">Nadpis 1: </w:t>
      </w:r>
      <w:r w:rsidR="00567553" w:rsidRPr="009723A2">
        <w:rPr>
          <w:rFonts w:ascii="Times New Roman" w:eastAsia="Times New Roman" w:hAnsi="Times New Roman" w:cs="Times New Roman"/>
          <w:b/>
          <w:color w:val="2E74B5"/>
          <w:sz w:val="32"/>
          <w:szCs w:val="32"/>
          <w:lang w:val="cs-CZ" w:eastAsia="cs-CZ"/>
        </w:rPr>
        <w:t>16 b, tučně, velká písmena)</w:t>
      </w:r>
    </w:p>
    <w:p w14:paraId="2F32B8A3" w14:textId="33EA3279" w:rsidR="00F95A3C" w:rsidRPr="00F95A3C" w:rsidRDefault="00F95A3C" w:rsidP="003338F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F95A3C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Anotace je krátký text, který shrnuje hlavní cíl, obsah a výsledky maturitní práce. Má za úkol zaujmout potenciálního čtenáře a informovat ho o tom, co ho čeká v celé práci. Anotace by měla být napsána souvisle a jasně. Obvykle má rozsah 100–150 slov.</w:t>
      </w:r>
    </w:p>
    <w:p w14:paraId="182B89BA" w14:textId="77777777" w:rsidR="003338F2" w:rsidRDefault="003338F2" w:rsidP="003338F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cs-CZ"/>
        </w:rPr>
      </w:pPr>
    </w:p>
    <w:p w14:paraId="30B754B9" w14:textId="6A8C01BC" w:rsidR="00F95A3C" w:rsidRDefault="00F95A3C" w:rsidP="003338F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F95A3C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cs-CZ"/>
        </w:rPr>
        <w:t>Klíčová slova</w:t>
      </w:r>
      <w:r w:rsidRPr="00F95A3C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 xml:space="preserve"> </w:t>
      </w:r>
    </w:p>
    <w:p w14:paraId="32FB67D4" w14:textId="5EC7C401" w:rsidR="00F95A3C" w:rsidRPr="00F95A3C" w:rsidRDefault="00F95A3C" w:rsidP="003338F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F95A3C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3–5 slov oddělených středníkem</w:t>
      </w:r>
    </w:p>
    <w:p w14:paraId="55DA400B" w14:textId="77777777" w:rsidR="003338F2" w:rsidRDefault="003338F2" w:rsidP="003338F2">
      <w:pPr>
        <w:spacing w:after="0"/>
        <w:rPr>
          <w:rFonts w:ascii="Times New Roman" w:eastAsia="Times New Roman" w:hAnsi="Times New Roman" w:cs="Times New Roman"/>
          <w:b/>
          <w:bCs/>
          <w:sz w:val="32"/>
          <w:szCs w:val="32"/>
          <w:lang w:val="cs-CZ" w:eastAsia="cs-CZ"/>
        </w:rPr>
      </w:pPr>
    </w:p>
    <w:p w14:paraId="6414964E" w14:textId="77777777" w:rsidR="003338F2" w:rsidRDefault="003338F2" w:rsidP="003338F2">
      <w:pPr>
        <w:spacing w:after="0"/>
        <w:rPr>
          <w:rFonts w:ascii="Times New Roman" w:eastAsia="Times New Roman" w:hAnsi="Times New Roman" w:cs="Times New Roman"/>
          <w:b/>
          <w:bCs/>
          <w:sz w:val="32"/>
          <w:szCs w:val="32"/>
          <w:lang w:val="cs-CZ" w:eastAsia="cs-CZ"/>
        </w:rPr>
      </w:pPr>
    </w:p>
    <w:p w14:paraId="682C5D96" w14:textId="0BC4B166" w:rsidR="00F95A3C" w:rsidRPr="00F95A3C" w:rsidRDefault="00F95A3C" w:rsidP="003338F2">
      <w:pPr>
        <w:spacing w:after="0"/>
        <w:rPr>
          <w:rFonts w:ascii="Times New Roman" w:eastAsia="Times New Roman" w:hAnsi="Times New Roman" w:cs="Times New Roman"/>
          <w:b/>
          <w:bCs/>
          <w:sz w:val="32"/>
          <w:szCs w:val="32"/>
          <w:lang w:val="cs-CZ" w:eastAsia="cs-CZ"/>
        </w:rPr>
      </w:pPr>
      <w:r w:rsidRPr="00F95A3C">
        <w:rPr>
          <w:rFonts w:ascii="Times New Roman" w:eastAsia="Times New Roman" w:hAnsi="Times New Roman" w:cs="Times New Roman"/>
          <w:b/>
          <w:bCs/>
          <w:sz w:val="32"/>
          <w:szCs w:val="32"/>
          <w:lang w:val="cs-CZ" w:eastAsia="cs-CZ"/>
        </w:rPr>
        <w:t xml:space="preserve">ANNOTATION </w:t>
      </w:r>
      <w:r w:rsidR="007C166D">
        <w:rPr>
          <w:rFonts w:ascii="Times New Roman" w:eastAsia="Times New Roman" w:hAnsi="Times New Roman" w:cs="Times New Roman"/>
          <w:b/>
          <w:color w:val="2E74B5"/>
          <w:sz w:val="32"/>
          <w:szCs w:val="32"/>
          <w:lang w:val="cs-CZ" w:eastAsia="cs-CZ"/>
        </w:rPr>
        <w:t>(1</w:t>
      </w:r>
      <w:r w:rsidR="007C166D" w:rsidRPr="009723A2">
        <w:rPr>
          <w:rFonts w:ascii="Times New Roman" w:eastAsia="Times New Roman" w:hAnsi="Times New Roman" w:cs="Times New Roman"/>
          <w:b/>
          <w:color w:val="2E74B5"/>
          <w:sz w:val="32"/>
          <w:szCs w:val="32"/>
          <w:lang w:val="cs-CZ" w:eastAsia="cs-CZ"/>
        </w:rPr>
        <w:t>6 b, tučně, velká písmena)</w:t>
      </w:r>
    </w:p>
    <w:p w14:paraId="71CAFC4A" w14:textId="7EED142F" w:rsidR="00F95A3C" w:rsidRPr="00F95A3C" w:rsidRDefault="00F95A3C" w:rsidP="003338F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F95A3C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předklad anotace do anglického jazyka</w:t>
      </w:r>
    </w:p>
    <w:p w14:paraId="4889B635" w14:textId="77777777" w:rsidR="003338F2" w:rsidRDefault="003338F2" w:rsidP="003338F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cs-CZ"/>
        </w:rPr>
      </w:pPr>
    </w:p>
    <w:p w14:paraId="5900DB9E" w14:textId="04D7093A" w:rsidR="003338F2" w:rsidRPr="003338F2" w:rsidRDefault="00F95A3C" w:rsidP="003338F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cs-CZ"/>
        </w:rPr>
      </w:pPr>
      <w:proofErr w:type="spellStart"/>
      <w:r w:rsidRPr="003338F2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cs-CZ"/>
        </w:rPr>
        <w:t>Keywords</w:t>
      </w:r>
      <w:proofErr w:type="spellEnd"/>
      <w:r w:rsidRPr="003338F2"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cs-CZ"/>
        </w:rPr>
        <w:t xml:space="preserve"> </w:t>
      </w:r>
    </w:p>
    <w:p w14:paraId="19B61442" w14:textId="5BBC11B9" w:rsidR="00F80C06" w:rsidRPr="00F95A3C" w:rsidRDefault="00F95A3C" w:rsidP="003338F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F95A3C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překlad klíčových slov do anglického jazyka</w:t>
      </w:r>
    </w:p>
    <w:p w14:paraId="577F0B67" w14:textId="77777777" w:rsidR="00F80C06" w:rsidRDefault="00F80C06">
      <w:pPr>
        <w:rPr>
          <w:rFonts w:ascii="Times New Roman" w:eastAsia="Times New Roman" w:hAnsi="Times New Roman" w:cs="Times New Roman"/>
          <w:b/>
          <w:bCs/>
          <w:sz w:val="32"/>
          <w:szCs w:val="32"/>
          <w:lang w:val="cs-CZ" w:eastAsia="cs-CZ"/>
        </w:rPr>
      </w:pPr>
    </w:p>
    <w:p w14:paraId="5D36B970" w14:textId="77777777" w:rsidR="00F80C06" w:rsidRDefault="00F80C06">
      <w:pPr>
        <w:rPr>
          <w:rFonts w:ascii="Times New Roman" w:eastAsia="Times New Roman" w:hAnsi="Times New Roman" w:cs="Times New Roman"/>
          <w:b/>
          <w:bCs/>
          <w:sz w:val="32"/>
          <w:szCs w:val="32"/>
          <w:lang w:val="cs-CZ" w:eastAsia="cs-CZ"/>
        </w:rPr>
      </w:pPr>
    </w:p>
    <w:p w14:paraId="23C269E7" w14:textId="77777777" w:rsidR="00F80C06" w:rsidRDefault="00F80C06">
      <w:pPr>
        <w:rPr>
          <w:rFonts w:ascii="Times New Roman" w:eastAsia="Times New Roman" w:hAnsi="Times New Roman" w:cs="Times New Roman"/>
          <w:b/>
          <w:bCs/>
          <w:sz w:val="32"/>
          <w:szCs w:val="32"/>
          <w:lang w:val="cs-CZ" w:eastAsia="cs-CZ"/>
        </w:rPr>
        <w:sectPr w:rsidR="00F80C06" w:rsidSect="008D5872">
          <w:headerReference w:type="default" r:id="rId15"/>
          <w:footerReference w:type="default" r:id="rId16"/>
          <w:type w:val="continuous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77F8EDA9" w14:textId="74657FFB" w:rsidR="00F80C06" w:rsidRDefault="00F80C06">
      <w:pPr>
        <w:rPr>
          <w:rFonts w:ascii="Times New Roman" w:eastAsia="Times New Roman" w:hAnsi="Times New Roman" w:cs="Times New Roman"/>
          <w:b/>
          <w:bCs/>
          <w:sz w:val="32"/>
          <w:szCs w:val="32"/>
          <w:lang w:val="cs-CZ" w:eastAsia="cs-CZ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val="cs-CZ" w:eastAsia="cs-CZ"/>
        </w:rPr>
        <w:br w:type="page"/>
      </w:r>
    </w:p>
    <w:p w14:paraId="451C6710" w14:textId="5545A086" w:rsidR="000F340F" w:rsidRPr="007017F0" w:rsidRDefault="000F340F" w:rsidP="000F340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cs-CZ" w:eastAsia="cs-CZ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val="cs-CZ" w:eastAsia="cs-CZ"/>
        </w:rPr>
        <w:lastRenderedPageBreak/>
        <w:t>OBSAH</w:t>
      </w:r>
      <w:r w:rsidR="00FA5C27">
        <w:rPr>
          <w:rFonts w:ascii="Times New Roman" w:eastAsia="Times New Roman" w:hAnsi="Times New Roman" w:cs="Times New Roman"/>
          <w:b/>
          <w:bCs/>
          <w:sz w:val="32"/>
          <w:szCs w:val="32"/>
          <w:lang w:val="cs-CZ" w:eastAsia="cs-CZ"/>
        </w:rPr>
        <w:t xml:space="preserve"> </w:t>
      </w:r>
      <w:r w:rsidR="00FA5C27">
        <w:rPr>
          <w:rFonts w:ascii="Times New Roman" w:eastAsia="Times New Roman" w:hAnsi="Times New Roman" w:cs="Times New Roman"/>
          <w:b/>
          <w:color w:val="2E74B5"/>
          <w:sz w:val="32"/>
          <w:szCs w:val="32"/>
          <w:lang w:val="cs-CZ" w:eastAsia="cs-CZ"/>
        </w:rPr>
        <w:t>(1</w:t>
      </w:r>
      <w:r w:rsidR="00FA5C27" w:rsidRPr="009723A2">
        <w:rPr>
          <w:rFonts w:ascii="Times New Roman" w:eastAsia="Times New Roman" w:hAnsi="Times New Roman" w:cs="Times New Roman"/>
          <w:b/>
          <w:color w:val="2E74B5"/>
          <w:sz w:val="32"/>
          <w:szCs w:val="32"/>
          <w:lang w:val="cs-CZ" w:eastAsia="cs-CZ"/>
        </w:rPr>
        <w:t>6 b, tučně, velká písmena)</w:t>
      </w:r>
    </w:p>
    <w:p w14:paraId="5445F56A" w14:textId="27CE6A02" w:rsidR="00B86980" w:rsidRDefault="00B86980" w:rsidP="00B86980">
      <w:pPr>
        <w:numPr>
          <w:ilvl w:val="0"/>
          <w:numId w:val="28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</w:pPr>
      <w:r w:rsidRPr="00B86980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Při použití stylů pro nadpisy jednotlivých kapitol vytvoříme v textovém editoru automatický obsah.</w:t>
      </w:r>
    </w:p>
    <w:p w14:paraId="6C4C799C" w14:textId="47FFF25B" w:rsidR="00F573FC" w:rsidRDefault="00F23132" w:rsidP="00F573FC">
      <w:pPr>
        <w:numPr>
          <w:ilvl w:val="0"/>
          <w:numId w:val="28"/>
        </w:num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K</w:t>
      </w:r>
      <w:r w:rsidR="00F573FC" w:rsidRPr="00F573FC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arta Reference/Obsah</w:t>
      </w:r>
      <w:r w:rsidR="001E768F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.</w:t>
      </w:r>
    </w:p>
    <w:p w14:paraId="4EA176F5" w14:textId="77777777" w:rsidR="001E768F" w:rsidRDefault="001E768F" w:rsidP="001E768F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</w:pPr>
    </w:p>
    <w:p w14:paraId="5474AEFE" w14:textId="3B606814" w:rsidR="001E768F" w:rsidRDefault="001E768F" w:rsidP="001E768F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</w:pPr>
      <w:r w:rsidRPr="001E768F">
        <w:rPr>
          <w:rFonts w:ascii="Times New Roman" w:eastAsia="Times New Roman" w:hAnsi="Times New Roman" w:cs="Times New Roman"/>
          <w:bCs/>
          <w:noProof/>
          <w:sz w:val="24"/>
          <w:szCs w:val="24"/>
          <w:lang w:val="cs-CZ" w:eastAsia="cs-CZ"/>
        </w:rPr>
        <w:drawing>
          <wp:inline distT="0" distB="0" distL="0" distR="0" wp14:anchorId="7C85AD3D" wp14:editId="2F540588">
            <wp:extent cx="4077269" cy="2638793"/>
            <wp:effectExtent l="0" t="0" r="0" b="9525"/>
            <wp:docPr id="117885908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85908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77269" cy="2638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9A3C7" w14:textId="77777777" w:rsidR="008E3553" w:rsidRDefault="008E3553" w:rsidP="001E768F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</w:pPr>
    </w:p>
    <w:p w14:paraId="648BDFAA" w14:textId="1E35B3B3" w:rsidR="008E3553" w:rsidRPr="008E3553" w:rsidRDefault="008E3553" w:rsidP="008E3553">
      <w:pPr>
        <w:numPr>
          <w:ilvl w:val="0"/>
          <w:numId w:val="28"/>
        </w:num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Vygenerovaný obsah lze v případě potřeby naformátovat na požadovaný font písma.</w:t>
      </w:r>
    </w:p>
    <w:p w14:paraId="0CCE2BEE" w14:textId="7BB9F6AC" w:rsidR="008E3553" w:rsidRDefault="008E3553" w:rsidP="008E3553">
      <w:pPr>
        <w:numPr>
          <w:ilvl w:val="0"/>
          <w:numId w:val="28"/>
        </w:num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Doporučujeme na závěr aktualizovat čísla stránek.</w:t>
      </w:r>
    </w:p>
    <w:p w14:paraId="455C29BC" w14:textId="77777777" w:rsidR="008E3553" w:rsidRDefault="008E3553" w:rsidP="008E3553">
      <w:pPr>
        <w:spacing w:after="0" w:line="36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</w:pPr>
    </w:p>
    <w:p w14:paraId="4D01FB5A" w14:textId="21F4B454" w:rsidR="008E3553" w:rsidRPr="00F573FC" w:rsidRDefault="008E3553" w:rsidP="001E768F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</w:pPr>
      <w:r w:rsidRPr="008E3553">
        <w:rPr>
          <w:rFonts w:ascii="Times New Roman" w:eastAsia="Times New Roman" w:hAnsi="Times New Roman" w:cs="Times New Roman"/>
          <w:bCs/>
          <w:noProof/>
          <w:sz w:val="24"/>
          <w:szCs w:val="24"/>
          <w:lang w:val="cs-CZ" w:eastAsia="cs-CZ"/>
        </w:rPr>
        <w:drawing>
          <wp:inline distT="0" distB="0" distL="0" distR="0" wp14:anchorId="43B6BA81" wp14:editId="309B3688">
            <wp:extent cx="5486400" cy="1640840"/>
            <wp:effectExtent l="0" t="0" r="0" b="0"/>
            <wp:docPr id="89649177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491773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ACE91" w14:textId="2C397367" w:rsidR="00080BC4" w:rsidRDefault="00080BC4">
      <w:pPr>
        <w:rPr>
          <w:rFonts w:ascii="Times New Roman" w:hAnsi="Times New Roman" w:cs="Times New Roman"/>
          <w:b/>
          <w:bCs/>
          <w:lang w:val="cs-CZ"/>
        </w:rPr>
      </w:pPr>
      <w:r>
        <w:rPr>
          <w:rFonts w:ascii="Times New Roman" w:hAnsi="Times New Roman" w:cs="Times New Roman"/>
          <w:b/>
          <w:bCs/>
          <w:lang w:val="cs-CZ"/>
        </w:rPr>
        <w:br w:type="page"/>
      </w:r>
    </w:p>
    <w:p w14:paraId="11589ADD" w14:textId="77777777" w:rsidR="008B30A7" w:rsidRDefault="008B30A7" w:rsidP="00263B3F">
      <w:pPr>
        <w:spacing w:after="0" w:line="360" w:lineRule="auto"/>
        <w:rPr>
          <w:rFonts w:ascii="Times New Roman" w:hAnsi="Times New Roman" w:cs="Times New Roman"/>
          <w:b/>
          <w:bCs/>
          <w:lang w:val="cs-CZ"/>
        </w:rPr>
        <w:sectPr w:rsidR="008B30A7" w:rsidSect="008D5872">
          <w:headerReference w:type="default" r:id="rId19"/>
          <w:footerReference w:type="default" r:id="rId20"/>
          <w:type w:val="continuous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5E523A7E" w14:textId="774845D4" w:rsidR="00B16FE5" w:rsidRPr="00753B17" w:rsidRDefault="00B16FE5" w:rsidP="00753B17">
      <w:pPr>
        <w:spacing w:after="0" w:line="360" w:lineRule="auto"/>
        <w:ind w:right="-574"/>
        <w:rPr>
          <w:rFonts w:ascii="Times New Roman" w:eastAsia="Times New Roman" w:hAnsi="Times New Roman" w:cs="Times New Roman"/>
          <w:b/>
          <w:sz w:val="32"/>
          <w:szCs w:val="24"/>
          <w:lang w:val="cs-CZ" w:eastAsia="cs-CZ"/>
        </w:rPr>
      </w:pPr>
      <w:r w:rsidRPr="00B16FE5">
        <w:rPr>
          <w:rFonts w:ascii="Times New Roman" w:eastAsia="Times New Roman" w:hAnsi="Times New Roman" w:cs="Times New Roman"/>
          <w:b/>
          <w:sz w:val="32"/>
          <w:szCs w:val="24"/>
          <w:lang w:val="cs-CZ" w:eastAsia="cs-CZ"/>
        </w:rPr>
        <w:lastRenderedPageBreak/>
        <w:t xml:space="preserve">SEZNAM ILUSTRACÍ A TABULEK </w:t>
      </w:r>
      <w:r w:rsidRPr="009723A2">
        <w:rPr>
          <w:rFonts w:ascii="Times New Roman" w:eastAsia="Times New Roman" w:hAnsi="Times New Roman" w:cs="Times New Roman"/>
          <w:b/>
          <w:color w:val="2E74B5"/>
          <w:sz w:val="32"/>
          <w:szCs w:val="32"/>
          <w:lang w:val="cs-CZ" w:eastAsia="cs-CZ"/>
        </w:rPr>
        <w:t>(</w:t>
      </w:r>
      <w:r w:rsidR="00FA5C27">
        <w:rPr>
          <w:rFonts w:ascii="Times New Roman" w:eastAsia="Times New Roman" w:hAnsi="Times New Roman" w:cs="Times New Roman"/>
          <w:b/>
          <w:color w:val="2E74B5"/>
          <w:sz w:val="32"/>
          <w:szCs w:val="32"/>
          <w:lang w:val="cs-CZ" w:eastAsia="cs-CZ"/>
        </w:rPr>
        <w:t xml:space="preserve">Nadpis 1: </w:t>
      </w:r>
      <w:r w:rsidRPr="009723A2">
        <w:rPr>
          <w:rFonts w:ascii="Times New Roman" w:eastAsia="Times New Roman" w:hAnsi="Times New Roman" w:cs="Times New Roman"/>
          <w:b/>
          <w:color w:val="2E74B5"/>
          <w:sz w:val="32"/>
          <w:szCs w:val="32"/>
          <w:lang w:val="cs-CZ" w:eastAsia="cs-CZ"/>
        </w:rPr>
        <w:t>16 b, tučně, velká písmena)</w:t>
      </w:r>
    </w:p>
    <w:p w14:paraId="50C2FAF1" w14:textId="77777777" w:rsidR="003B7BD6" w:rsidRDefault="003B7BD6" w:rsidP="003B7BD6">
      <w:pPr>
        <w:pStyle w:val="Seznamobrzk"/>
        <w:tabs>
          <w:tab w:val="right" w:leader="dot" w:pos="8822"/>
        </w:tabs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3C7D0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fldChar w:fldCharType="begin"/>
      </w:r>
      <w:r w:rsidRPr="003C7D0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instrText xml:space="preserve"> TOC \h \z \c "Mapa" </w:instrText>
      </w:r>
      <w:r w:rsidRPr="003C7D0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fldChar w:fldCharType="separate"/>
      </w:r>
      <w:hyperlink w:anchor="_Toc240784693" w:history="1">
        <w:r>
          <w:rPr>
            <w:rStyle w:val="Hypertextovodkaz"/>
            <w:rFonts w:ascii="Times New Roman" w:hAnsi="Times New Roman" w:cs="Times New Roman"/>
            <w:b/>
            <w:bCs/>
            <w:noProof/>
            <w:sz w:val="24"/>
            <w:szCs w:val="24"/>
          </w:rPr>
          <w:t xml:space="preserve">Tabulka </w:t>
        </w:r>
        <w:r w:rsidRPr="003C7D0B">
          <w:rPr>
            <w:rStyle w:val="Hypertextovodkaz"/>
            <w:rFonts w:ascii="Times New Roman" w:hAnsi="Times New Roman" w:cs="Times New Roman"/>
            <w:b/>
            <w:bCs/>
            <w:noProof/>
            <w:sz w:val="24"/>
            <w:szCs w:val="24"/>
          </w:rPr>
          <w:t xml:space="preserve">1 </w:t>
        </w:r>
        <w:r w:rsidRPr="003C7D0B">
          <w:rPr>
            <w:rStyle w:val="Hypertextovodkaz"/>
            <w:rFonts w:ascii="Times New Roman" w:hAnsi="Times New Roman" w:cs="Times New Roman"/>
            <w:noProof/>
            <w:sz w:val="24"/>
            <w:szCs w:val="24"/>
          </w:rPr>
          <w:t xml:space="preserve">– </w:t>
        </w:r>
        <w:r>
          <w:rPr>
            <w:rStyle w:val="Hypertextovodkaz"/>
            <w:rFonts w:ascii="Times New Roman" w:hAnsi="Times New Roman" w:cs="Times New Roman"/>
            <w:noProof/>
            <w:sz w:val="24"/>
            <w:szCs w:val="24"/>
          </w:rPr>
          <w:t>Členění cestovního ruchu podle Ministerstva pro místní rozvoj</w:t>
        </w:r>
        <w:r w:rsidRPr="003C7D0B">
          <w:rPr>
            <w:rStyle w:val="Hypertextovodkaz"/>
            <w:rFonts w:ascii="Times New Roman" w:hAnsi="Times New Roman" w:cs="Times New Roman"/>
            <w:noProof/>
            <w:sz w:val="24"/>
            <w:szCs w:val="24"/>
          </w:rPr>
          <w:t>.</w:t>
        </w:r>
        <w:r w:rsidRPr="003C7D0B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</w:hyperlink>
      <w:r w:rsidRPr="003C7D0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11</w:t>
      </w:r>
    </w:p>
    <w:p w14:paraId="6321D680" w14:textId="77777777" w:rsidR="003B7BD6" w:rsidRDefault="003B7BD6" w:rsidP="003B7BD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242EDC5F" w14:textId="77777777" w:rsidR="003B7BD6" w:rsidRDefault="003B7BD6" w:rsidP="003B7BD6">
      <w:pPr>
        <w:pStyle w:val="Seznamobrzk"/>
        <w:tabs>
          <w:tab w:val="right" w:leader="dot" w:pos="8822"/>
        </w:tabs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3C7D0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fldChar w:fldCharType="begin"/>
      </w:r>
      <w:r w:rsidRPr="003C7D0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instrText xml:space="preserve"> TOC \h \z \c "Mapa" </w:instrText>
      </w:r>
      <w:r w:rsidRPr="003C7D0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fldChar w:fldCharType="separate"/>
      </w:r>
      <w:hyperlink w:anchor="_Toc240784693" w:history="1">
        <w:r>
          <w:rPr>
            <w:rStyle w:val="Hypertextovodkaz"/>
            <w:rFonts w:ascii="Times New Roman" w:hAnsi="Times New Roman" w:cs="Times New Roman"/>
            <w:b/>
            <w:bCs/>
            <w:noProof/>
            <w:sz w:val="24"/>
            <w:szCs w:val="24"/>
          </w:rPr>
          <w:t xml:space="preserve">Graf </w:t>
        </w:r>
        <w:r w:rsidRPr="003C7D0B">
          <w:rPr>
            <w:rStyle w:val="Hypertextovodkaz"/>
            <w:rFonts w:ascii="Times New Roman" w:hAnsi="Times New Roman" w:cs="Times New Roman"/>
            <w:b/>
            <w:bCs/>
            <w:noProof/>
            <w:sz w:val="24"/>
            <w:szCs w:val="24"/>
          </w:rPr>
          <w:t xml:space="preserve">1 </w:t>
        </w:r>
        <w:r w:rsidRPr="003C7D0B">
          <w:rPr>
            <w:rStyle w:val="Hypertextovodkaz"/>
            <w:rFonts w:ascii="Times New Roman" w:hAnsi="Times New Roman" w:cs="Times New Roman"/>
            <w:noProof/>
            <w:sz w:val="24"/>
            <w:szCs w:val="24"/>
          </w:rPr>
          <w:t xml:space="preserve">– </w:t>
        </w:r>
        <w:r>
          <w:rPr>
            <w:rStyle w:val="Hypertextovodkaz"/>
            <w:rFonts w:ascii="Times New Roman" w:hAnsi="Times New Roman" w:cs="Times New Roman"/>
            <w:noProof/>
            <w:sz w:val="24"/>
            <w:szCs w:val="24"/>
          </w:rPr>
          <w:t>Vinařské oblasti v ČR</w:t>
        </w:r>
        <w:r w:rsidRPr="003C7D0B">
          <w:rPr>
            <w:rStyle w:val="Hypertextovodkaz"/>
            <w:rFonts w:ascii="Times New Roman" w:hAnsi="Times New Roman" w:cs="Times New Roman"/>
            <w:noProof/>
            <w:sz w:val="24"/>
            <w:szCs w:val="24"/>
          </w:rPr>
          <w:t>.</w:t>
        </w:r>
        <w:r w:rsidRPr="003C7D0B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</w:hyperlink>
      <w:r w:rsidRPr="003C7D0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13</w:t>
      </w:r>
    </w:p>
    <w:p w14:paraId="34C8E342" w14:textId="77777777" w:rsidR="003B7BD6" w:rsidRPr="003C7D0B" w:rsidRDefault="003B7BD6" w:rsidP="003B7BD6">
      <w:pPr>
        <w:pStyle w:val="Seznamobrzk"/>
        <w:tabs>
          <w:tab w:val="right" w:leader="dot" w:pos="8822"/>
        </w:tabs>
        <w:rPr>
          <w:rFonts w:ascii="Times New Roman" w:hAnsi="Times New Roman" w:cs="Times New Roman"/>
          <w:noProof/>
          <w:sz w:val="24"/>
          <w:szCs w:val="24"/>
        </w:rPr>
      </w:pPr>
      <w:r w:rsidRPr="003C7D0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fldChar w:fldCharType="begin"/>
      </w:r>
      <w:r w:rsidRPr="003C7D0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instrText xml:space="preserve"> TOC \h \z \c "Mapa" </w:instrText>
      </w:r>
      <w:r w:rsidRPr="003C7D0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fldChar w:fldCharType="separate"/>
      </w:r>
      <w:hyperlink w:anchor="_Toc240784693" w:history="1">
        <w:r>
          <w:rPr>
            <w:rStyle w:val="Hypertextovodkaz"/>
            <w:rFonts w:ascii="Times New Roman" w:hAnsi="Times New Roman" w:cs="Times New Roman"/>
            <w:b/>
            <w:bCs/>
            <w:noProof/>
            <w:sz w:val="24"/>
            <w:szCs w:val="24"/>
          </w:rPr>
          <w:t>Graf 2</w:t>
        </w:r>
        <w:r w:rsidRPr="003C7D0B">
          <w:rPr>
            <w:rStyle w:val="Hypertextovodkaz"/>
            <w:rFonts w:ascii="Times New Roman" w:hAnsi="Times New Roman" w:cs="Times New Roman"/>
            <w:b/>
            <w:bCs/>
            <w:noProof/>
            <w:sz w:val="24"/>
            <w:szCs w:val="24"/>
          </w:rPr>
          <w:t xml:space="preserve"> </w:t>
        </w:r>
        <w:r w:rsidRPr="003C7D0B">
          <w:rPr>
            <w:rStyle w:val="Hypertextovodkaz"/>
            <w:rFonts w:ascii="Times New Roman" w:hAnsi="Times New Roman" w:cs="Times New Roman"/>
            <w:noProof/>
            <w:sz w:val="24"/>
            <w:szCs w:val="24"/>
          </w:rPr>
          <w:t xml:space="preserve">– </w:t>
        </w:r>
        <w:r>
          <w:rPr>
            <w:rStyle w:val="Hypertextovodkaz"/>
            <w:rFonts w:ascii="Times New Roman" w:hAnsi="Times New Roman" w:cs="Times New Roman"/>
            <w:noProof/>
            <w:sz w:val="24"/>
            <w:szCs w:val="24"/>
          </w:rPr>
          <w:t>Chmelařské oblasti v ČR</w:t>
        </w:r>
        <w:r w:rsidRPr="003C7D0B">
          <w:rPr>
            <w:rStyle w:val="Hypertextovodkaz"/>
            <w:rFonts w:ascii="Times New Roman" w:hAnsi="Times New Roman" w:cs="Times New Roman"/>
            <w:noProof/>
            <w:sz w:val="24"/>
            <w:szCs w:val="24"/>
          </w:rPr>
          <w:t>.</w:t>
        </w:r>
        <w:r w:rsidRPr="003C7D0B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18</w:t>
        </w:r>
      </w:hyperlink>
    </w:p>
    <w:p w14:paraId="19C31E0A" w14:textId="77777777" w:rsidR="003B7BD6" w:rsidRPr="003C7D0B" w:rsidRDefault="003B7BD6" w:rsidP="003B7BD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3C7D0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fldChar w:fldCharType="end"/>
      </w:r>
    </w:p>
    <w:p w14:paraId="6D642EE9" w14:textId="77777777" w:rsidR="003B7BD6" w:rsidRPr="003C7D0B" w:rsidRDefault="003B7BD6" w:rsidP="003B7BD6">
      <w:pPr>
        <w:pStyle w:val="Seznamobrzk"/>
        <w:tabs>
          <w:tab w:val="right" w:leader="dot" w:pos="8822"/>
        </w:tabs>
        <w:rPr>
          <w:rFonts w:ascii="Times New Roman" w:hAnsi="Times New Roman" w:cs="Times New Roman"/>
          <w:noProof/>
          <w:sz w:val="24"/>
          <w:szCs w:val="24"/>
        </w:rPr>
      </w:pPr>
      <w:r w:rsidRPr="003C7D0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fldChar w:fldCharType="begin"/>
      </w:r>
      <w:r w:rsidRPr="003C7D0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instrText xml:space="preserve"> TOC \h \z \c "Mapa" </w:instrText>
      </w:r>
      <w:r w:rsidRPr="003C7D0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fldChar w:fldCharType="separate"/>
      </w:r>
      <w:hyperlink w:anchor="_Toc240784693" w:history="1">
        <w:r w:rsidRPr="003C7D0B">
          <w:rPr>
            <w:rStyle w:val="Hypertextovodkaz"/>
            <w:rFonts w:ascii="Times New Roman" w:hAnsi="Times New Roman" w:cs="Times New Roman"/>
            <w:b/>
            <w:bCs/>
            <w:noProof/>
            <w:sz w:val="24"/>
            <w:szCs w:val="24"/>
          </w:rPr>
          <w:t xml:space="preserve">Mapa 1 </w:t>
        </w:r>
        <w:r w:rsidRPr="003C7D0B">
          <w:rPr>
            <w:rStyle w:val="Hypertextovodkaz"/>
            <w:rFonts w:ascii="Times New Roman" w:hAnsi="Times New Roman" w:cs="Times New Roman"/>
            <w:noProof/>
            <w:sz w:val="24"/>
            <w:szCs w:val="24"/>
          </w:rPr>
          <w:t>– Svatá Hora – nám. T. G. M.</w:t>
        </w:r>
        <w:r w:rsidRPr="003C7D0B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>
          <w:rPr>
            <w:rFonts w:ascii="Times New Roman" w:hAnsi="Times New Roman" w:cs="Times New Roman"/>
            <w:noProof/>
            <w:webHidden/>
            <w:sz w:val="24"/>
            <w:szCs w:val="24"/>
          </w:rPr>
          <w:t>18</w:t>
        </w:r>
      </w:hyperlink>
    </w:p>
    <w:p w14:paraId="2C824767" w14:textId="5F9C38D7" w:rsidR="00126C3F" w:rsidRDefault="003B7BD6" w:rsidP="00B16FE5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3C7D0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fldChar w:fldCharType="end"/>
      </w:r>
    </w:p>
    <w:p w14:paraId="3C19B100" w14:textId="77777777" w:rsidR="00126C3F" w:rsidRPr="00B16FE5" w:rsidRDefault="00126C3F" w:rsidP="00B16FE5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6F5A65A0" w14:textId="77B623B6" w:rsidR="00A32F5A" w:rsidRPr="002552DD" w:rsidRDefault="00A32F5A" w:rsidP="004B128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cs-CZ"/>
        </w:rPr>
      </w:pPr>
      <w:r w:rsidRPr="002552DD">
        <w:rPr>
          <w:rFonts w:ascii="Times New Roman" w:hAnsi="Times New Roman" w:cs="Times New Roman"/>
          <w:b/>
          <w:bCs/>
          <w:sz w:val="24"/>
          <w:szCs w:val="24"/>
          <w:lang w:val="cs-CZ"/>
        </w:rPr>
        <w:t>Metodická poznámka:</w:t>
      </w:r>
    </w:p>
    <w:p w14:paraId="2F0D4A8F" w14:textId="77777777" w:rsidR="00813AE2" w:rsidRDefault="00813AE2" w:rsidP="00813AE2">
      <w:pPr>
        <w:pStyle w:val="Odstavecseseznamem"/>
        <w:numPr>
          <w:ilvl w:val="0"/>
          <w:numId w:val="30"/>
        </w:numPr>
        <w:spacing w:after="16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Každý</w:t>
      </w:r>
      <w:r w:rsidRPr="004B1280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obrázek</w:t>
      </w:r>
      <w:r w:rsidRPr="004B1280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tabulka</w:t>
      </w:r>
      <w:r w:rsidRPr="004B1280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graf nebo</w:t>
      </w:r>
      <w:r w:rsidRPr="004B1280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mapa musí</w:t>
      </w:r>
      <w:r w:rsidRPr="004B1280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 mít uveden</w:t>
      </w:r>
      <w:r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o</w:t>
      </w:r>
      <w:r w:rsidRPr="004B1280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 čísl</w:t>
      </w:r>
      <w:r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o a </w:t>
      </w:r>
      <w:r w:rsidRPr="004B1280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zdroj</w:t>
      </w:r>
      <w:r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.</w:t>
      </w:r>
    </w:p>
    <w:p w14:paraId="2BF20ED1" w14:textId="77777777" w:rsidR="00813AE2" w:rsidRPr="00974629" w:rsidRDefault="00813AE2" w:rsidP="00813AE2">
      <w:pPr>
        <w:pStyle w:val="Odstavecseseznamem"/>
        <w:numPr>
          <w:ilvl w:val="0"/>
          <w:numId w:val="30"/>
        </w:numPr>
        <w:spacing w:after="16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Obrázky</w:t>
      </w:r>
      <w:r w:rsidRPr="004B1280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tabulky</w:t>
      </w:r>
      <w:r w:rsidRPr="004B1280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grafy a</w:t>
      </w:r>
      <w:r w:rsidRPr="004B1280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mapy lze uvádět v teoretické i praktické části práce nebo v přílohách.</w:t>
      </w:r>
    </w:p>
    <w:p w14:paraId="002F2A9E" w14:textId="40DC0F46" w:rsidR="00813AE2" w:rsidRDefault="00813AE2" w:rsidP="00813AE2">
      <w:pPr>
        <w:pStyle w:val="Odstavecseseznamem"/>
        <w:numPr>
          <w:ilvl w:val="1"/>
          <w:numId w:val="30"/>
        </w:numPr>
        <w:spacing w:after="16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</w:pPr>
      <w:r w:rsidRPr="00B85C45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Každý </w:t>
      </w:r>
      <w:r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obrázek</w:t>
      </w:r>
      <w:r w:rsidRPr="004B1280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tabulka</w:t>
      </w:r>
      <w:r w:rsidRPr="004B1280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graf nebo</w:t>
      </w:r>
      <w:r w:rsidRPr="004B1280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mapa musí být opatřena popiskem, který se uvádí </w:t>
      </w:r>
      <w:r w:rsidRPr="00B85C45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cs-CZ" w:eastAsia="cs-CZ"/>
        </w:rPr>
        <w:t>nad</w:t>
      </w:r>
      <w:r w:rsidRPr="00B85C45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příslušným objektem </w:t>
      </w:r>
      <w:r w:rsidRPr="00B02585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(vel. 12 b, tučně</w:t>
      </w:r>
      <w:r w:rsidR="003B7BD6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, barva písma černá</w:t>
      </w:r>
      <w:r w:rsidRPr="00B02585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)</w:t>
      </w:r>
      <w:r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. </w:t>
      </w:r>
      <w:r w:rsidRPr="00C273E0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cs-CZ" w:eastAsia="cs-CZ"/>
        </w:rPr>
        <w:t>Za</w:t>
      </w:r>
      <w:r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 popiskem se uvede odkaz na </w:t>
      </w:r>
      <w:r w:rsidRPr="00B85C45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poznámku pod čarou.</w:t>
      </w:r>
      <w:r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 xml:space="preserve"> </w:t>
      </w:r>
      <w:r w:rsidRPr="00B02585"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(vel. 10 b)</w:t>
      </w:r>
      <w:r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, ve které je uveden zdroj.</w:t>
      </w:r>
    </w:p>
    <w:p w14:paraId="2C8295D7" w14:textId="77777777" w:rsidR="00813AE2" w:rsidRDefault="00813AE2" w:rsidP="00813AE2">
      <w:pPr>
        <w:pStyle w:val="Odstavecseseznamem"/>
        <w:numPr>
          <w:ilvl w:val="1"/>
          <w:numId w:val="30"/>
        </w:numPr>
        <w:spacing w:after="16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t>Příslušné objekty se označují a číslují jednotně podle pořadí, v jakém jsou v textu uvedeny. (Tabulka 1, Tabulka 2, Graf 1, Graf, 2, Graf 3, Mapa 1, Mapa 2, …)</w:t>
      </w:r>
    </w:p>
    <w:p w14:paraId="21BE1F7C" w14:textId="77777777" w:rsidR="001A0AC4" w:rsidRDefault="001A0AC4" w:rsidP="00813AE2">
      <w:p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  <w:sectPr w:rsidR="001A0AC4" w:rsidSect="00C1630D">
          <w:headerReference w:type="default" r:id="rId21"/>
          <w:footerReference w:type="default" r:id="rId22"/>
          <w:pgSz w:w="12240" w:h="15840"/>
          <w:pgMar w:top="1440" w:right="1608" w:bottom="1440" w:left="1800" w:header="720" w:footer="720" w:gutter="0"/>
          <w:cols w:space="720"/>
          <w:docGrid w:linePitch="360"/>
        </w:sectPr>
      </w:pPr>
    </w:p>
    <w:p w14:paraId="7EFF9BEA" w14:textId="77777777" w:rsidR="00813AE2" w:rsidRPr="004B1280" w:rsidRDefault="00813AE2" w:rsidP="00813AE2">
      <w:p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cs-CZ" w:eastAsia="cs-CZ"/>
        </w:rPr>
      </w:pPr>
    </w:p>
    <w:p w14:paraId="178257E8" w14:textId="77777777" w:rsidR="001A0AC4" w:rsidRDefault="001A0AC4">
      <w:pPr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sectPr w:rsidR="001A0AC4" w:rsidSect="001A0AC4">
          <w:type w:val="continuous"/>
          <w:pgSz w:w="12240" w:h="15840"/>
          <w:pgMar w:top="1440" w:right="1608" w:bottom="1440" w:left="1800" w:header="720" w:footer="720" w:gutter="0"/>
          <w:cols w:space="720"/>
          <w:docGrid w:linePitch="360"/>
        </w:sectPr>
      </w:pPr>
    </w:p>
    <w:p w14:paraId="375F313A" w14:textId="32B56C7B" w:rsidR="0061718A" w:rsidRDefault="0061718A" w:rsidP="0061718A">
      <w:p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lastRenderedPageBreak/>
        <w:t>1) Karta Reference/Skupina nástrojů Titulky/Vložit titulek</w:t>
      </w:r>
    </w:p>
    <w:p w14:paraId="1B7F19BC" w14:textId="249B5CE7" w:rsidR="00126C3F" w:rsidRDefault="00126C3F" w:rsidP="0061718A">
      <w:p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CD1860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drawing>
          <wp:anchor distT="0" distB="0" distL="114300" distR="114300" simplePos="0" relativeHeight="251643904" behindDoc="1" locked="0" layoutInCell="1" allowOverlap="1" wp14:anchorId="4E5FEB1C" wp14:editId="14B7828D">
            <wp:simplePos x="0" y="0"/>
            <wp:positionH relativeFrom="column">
              <wp:posOffset>171450</wp:posOffset>
            </wp:positionH>
            <wp:positionV relativeFrom="paragraph">
              <wp:posOffset>86995</wp:posOffset>
            </wp:positionV>
            <wp:extent cx="2222500" cy="1562100"/>
            <wp:effectExtent l="0" t="0" r="6350" b="0"/>
            <wp:wrapNone/>
            <wp:docPr id="183889123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891232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2225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1D8D6E" w14:textId="77777777" w:rsidR="00126C3F" w:rsidRDefault="00126C3F" w:rsidP="0061718A">
      <w:p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3D5752D7" w14:textId="50381917" w:rsidR="00126C3F" w:rsidRDefault="00126C3F" w:rsidP="0061718A">
      <w:p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7ABF5E1E" w14:textId="7FC2B790" w:rsidR="00126C3F" w:rsidRDefault="00126C3F" w:rsidP="0061718A">
      <w:p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51B9418A" w14:textId="5A8E8DA5" w:rsidR="00126C3F" w:rsidRDefault="00126C3F" w:rsidP="0061718A">
      <w:p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6025C741" w14:textId="77777777" w:rsidR="00126C3F" w:rsidRDefault="00126C3F" w:rsidP="0061718A">
      <w:p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2AF783C8" w14:textId="77777777" w:rsidR="00126C3F" w:rsidRDefault="00126C3F" w:rsidP="0061718A">
      <w:p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0A5719C5" w14:textId="4B0F387B" w:rsidR="00126C3F" w:rsidRDefault="00FE102A" w:rsidP="00FE102A">
      <w:pPr>
        <w:tabs>
          <w:tab w:val="left" w:pos="7527"/>
        </w:tabs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ab/>
      </w:r>
    </w:p>
    <w:p w14:paraId="44456350" w14:textId="77777777" w:rsidR="00126C3F" w:rsidRDefault="00126C3F" w:rsidP="0061718A">
      <w:p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311D43B9" w14:textId="05C094ED" w:rsidR="00126C3F" w:rsidRDefault="00022CA8" w:rsidP="0061718A">
      <w:p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A92379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drawing>
          <wp:anchor distT="0" distB="0" distL="114300" distR="114300" simplePos="0" relativeHeight="251645952" behindDoc="1" locked="0" layoutInCell="1" allowOverlap="1" wp14:anchorId="1BD8ACBB" wp14:editId="211C7678">
            <wp:simplePos x="0" y="0"/>
            <wp:positionH relativeFrom="column">
              <wp:posOffset>57150</wp:posOffset>
            </wp:positionH>
            <wp:positionV relativeFrom="paragraph">
              <wp:posOffset>120650</wp:posOffset>
            </wp:positionV>
            <wp:extent cx="1916185" cy="2152650"/>
            <wp:effectExtent l="0" t="0" r="8255" b="0"/>
            <wp:wrapNone/>
            <wp:docPr id="103678203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782033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91618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D7D3FD" w14:textId="77777777" w:rsidR="00126C3F" w:rsidRDefault="00126C3F" w:rsidP="0061718A">
      <w:p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52D63F44" w14:textId="4E516BA4" w:rsidR="00CD1860" w:rsidRDefault="00CD1860" w:rsidP="0061718A">
      <w:p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52A974B1" w14:textId="5B0480C5" w:rsidR="00CD1860" w:rsidRDefault="00CD1860" w:rsidP="0061718A">
      <w:p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6215FF4B" w14:textId="3009F4B3" w:rsidR="00CD1860" w:rsidRDefault="00CD1860" w:rsidP="0061718A">
      <w:p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0CE73470" w14:textId="3BE605DF" w:rsidR="00CD1860" w:rsidRDefault="00CD1860" w:rsidP="0061718A">
      <w:p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72E69665" w14:textId="77777777" w:rsidR="00CD1860" w:rsidRDefault="00CD1860" w:rsidP="0061718A">
      <w:p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7157CE85" w14:textId="3E987281" w:rsidR="00F61E7A" w:rsidRDefault="00F61E7A" w:rsidP="0061718A">
      <w:p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5B5840BC" w14:textId="30144294" w:rsidR="00F61E7A" w:rsidRDefault="00F61E7A" w:rsidP="0061718A">
      <w:p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278798CA" w14:textId="77777777" w:rsidR="00A32F5A" w:rsidRDefault="00A32F5A" w:rsidP="00700530">
      <w:p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6CF99806" w14:textId="04AC7652" w:rsidR="00A32F5A" w:rsidRDefault="00A32F5A" w:rsidP="00700530">
      <w:p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0620BF2A" w14:textId="7C4B9C3B" w:rsidR="0061718A" w:rsidRDefault="0061718A" w:rsidP="00700530">
      <w:p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39C1E6B3" w14:textId="553D812B" w:rsidR="00A32F5A" w:rsidRDefault="00A32F5A" w:rsidP="00700530">
      <w:p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4395A7C5" w14:textId="1AF21C89" w:rsidR="0061718A" w:rsidRDefault="00CD1860" w:rsidP="00700530">
      <w:p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61718A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drawing>
          <wp:inline distT="0" distB="0" distL="0" distR="0" wp14:anchorId="3D5CB29D" wp14:editId="0EA9F823">
            <wp:extent cx="4763165" cy="666843"/>
            <wp:effectExtent l="0" t="0" r="0" b="0"/>
            <wp:docPr id="77778077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780777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763165" cy="666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D12F5" w14:textId="72CE0F98" w:rsidR="007017F0" w:rsidRDefault="006303D3" w:rsidP="006303D3">
      <w:p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 xml:space="preserve">2) </w:t>
      </w:r>
      <w:r w:rsidR="00700530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 xml:space="preserve">Karta </w:t>
      </w:r>
      <w:r w:rsidR="00B16FE5" w:rsidRPr="00B16FE5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Reference/Skupina nástrojů Titulky</w:t>
      </w:r>
      <w:r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/Vložit seznam obrázků</w:t>
      </w:r>
    </w:p>
    <w:p w14:paraId="390E19F1" w14:textId="79AD3886" w:rsidR="004205A3" w:rsidRDefault="004205A3" w:rsidP="006303D3">
      <w:p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022CA8">
        <w:rPr>
          <w:rFonts w:ascii="Times New Roman" w:eastAsia="Times New Roman" w:hAnsi="Times New Roman" w:cs="Times New Roman"/>
          <w:noProof/>
          <w:sz w:val="24"/>
          <w:szCs w:val="24"/>
          <w:lang w:val="cs-CZ" w:eastAsia="cs-CZ"/>
        </w:rPr>
        <w:drawing>
          <wp:anchor distT="0" distB="0" distL="114300" distR="114300" simplePos="0" relativeHeight="251653120" behindDoc="1" locked="0" layoutInCell="1" allowOverlap="1" wp14:anchorId="35C36092" wp14:editId="5BF991A4">
            <wp:simplePos x="0" y="0"/>
            <wp:positionH relativeFrom="column">
              <wp:posOffset>53975</wp:posOffset>
            </wp:positionH>
            <wp:positionV relativeFrom="paragraph">
              <wp:posOffset>66675</wp:posOffset>
            </wp:positionV>
            <wp:extent cx="2956498" cy="2476500"/>
            <wp:effectExtent l="0" t="0" r="0" b="0"/>
            <wp:wrapNone/>
            <wp:docPr id="163755866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558663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956498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584707" w14:textId="7E9AEAE9" w:rsidR="004205A3" w:rsidRDefault="004205A3" w:rsidP="006303D3">
      <w:p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6343AE16" w14:textId="77777777" w:rsidR="004205A3" w:rsidRDefault="004205A3" w:rsidP="006303D3">
      <w:p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11833C1A" w14:textId="69E406B6" w:rsidR="004205A3" w:rsidRDefault="004205A3" w:rsidP="006303D3">
      <w:p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4E262305" w14:textId="77777777" w:rsidR="004205A3" w:rsidRDefault="004205A3" w:rsidP="006303D3">
      <w:p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29B0AE73" w14:textId="77777777" w:rsidR="004205A3" w:rsidRDefault="004205A3" w:rsidP="006303D3">
      <w:p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430A5DEA" w14:textId="131D481D" w:rsidR="004205A3" w:rsidRDefault="004205A3" w:rsidP="006303D3">
      <w:p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4470E543" w14:textId="77777777" w:rsidR="004205A3" w:rsidRDefault="004205A3" w:rsidP="006303D3">
      <w:p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4B753A6A" w14:textId="77777777" w:rsidR="004205A3" w:rsidRDefault="004205A3" w:rsidP="006303D3">
      <w:p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12AC64B1" w14:textId="77777777" w:rsidR="004205A3" w:rsidRDefault="004205A3" w:rsidP="006303D3">
      <w:p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577ECC69" w14:textId="77777777" w:rsidR="004205A3" w:rsidRDefault="004205A3" w:rsidP="006303D3">
      <w:p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3741522F" w14:textId="25925400" w:rsidR="004205A3" w:rsidRDefault="004205A3" w:rsidP="006303D3">
      <w:p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5BA8C245" w14:textId="77777777" w:rsidR="004205A3" w:rsidRDefault="004205A3" w:rsidP="006303D3">
      <w:p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sectPr w:rsidR="004205A3" w:rsidSect="001A0AC4">
          <w:headerReference w:type="default" r:id="rId27"/>
          <w:footerReference w:type="default" r:id="rId28"/>
          <w:pgSz w:w="12240" w:h="15840"/>
          <w:pgMar w:top="1440" w:right="1608" w:bottom="1440" w:left="1800" w:header="720" w:footer="720" w:gutter="0"/>
          <w:cols w:space="720"/>
          <w:docGrid w:linePitch="360"/>
        </w:sectPr>
      </w:pPr>
    </w:p>
    <w:p w14:paraId="7431B53E" w14:textId="51CA79E7" w:rsidR="004205A3" w:rsidRDefault="004205A3" w:rsidP="006303D3">
      <w:p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sectPr w:rsidR="004205A3" w:rsidSect="004205A3">
          <w:type w:val="continuous"/>
          <w:pgSz w:w="12240" w:h="15840"/>
          <w:pgMar w:top="1440" w:right="1608" w:bottom="1440" w:left="1800" w:header="720" w:footer="720" w:gutter="0"/>
          <w:cols w:space="720"/>
          <w:docGrid w:linePitch="360"/>
        </w:sectPr>
      </w:pPr>
    </w:p>
    <w:p w14:paraId="156376A4" w14:textId="3128CA2F" w:rsidR="00CB3BE4" w:rsidRPr="00CB3BE4" w:rsidRDefault="000F54B7" w:rsidP="00CB3BE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val="cs-CZ" w:eastAsia="cs-CZ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val="cs-CZ" w:eastAsia="cs-CZ"/>
        </w:rPr>
        <w:lastRenderedPageBreak/>
        <w:t xml:space="preserve">CITACE – </w:t>
      </w:r>
      <w:r w:rsidR="00CB3BE4" w:rsidRPr="00CB3BE4">
        <w:rPr>
          <w:rFonts w:ascii="Times New Roman" w:eastAsia="Times New Roman" w:hAnsi="Times New Roman" w:cs="Times New Roman"/>
          <w:b/>
          <w:bCs/>
          <w:sz w:val="32"/>
          <w:szCs w:val="32"/>
          <w:lang w:val="cs-CZ" w:eastAsia="cs-CZ"/>
        </w:rPr>
        <w:t>POSTUP</w:t>
      </w:r>
    </w:p>
    <w:p w14:paraId="63B0CABD" w14:textId="77777777" w:rsidR="000F54B7" w:rsidRDefault="000F54B7" w:rsidP="006D18AB">
      <w:pPr>
        <w:rPr>
          <w:rFonts w:ascii="Times New Roman" w:hAnsi="Times New Roman" w:cs="Times New Roman"/>
          <w:sz w:val="24"/>
          <w:szCs w:val="24"/>
          <w:lang w:val="cs-CZ"/>
        </w:rPr>
      </w:pPr>
    </w:p>
    <w:p w14:paraId="23CB2E46" w14:textId="0D28722C" w:rsidR="00CB3BE4" w:rsidRPr="006D18AB" w:rsidRDefault="009A39B7" w:rsidP="006D18AB">
      <w:pPr>
        <w:rPr>
          <w:rFonts w:ascii="Times New Roman" w:hAnsi="Times New Roman" w:cs="Times New Roman"/>
          <w:sz w:val="24"/>
          <w:szCs w:val="24"/>
          <w:lang w:val="cs-CZ"/>
        </w:rPr>
      </w:pPr>
      <w:r w:rsidRPr="00CB3BE4">
        <w:rPr>
          <w:rFonts w:ascii="Times New Roman" w:hAnsi="Times New Roman" w:cs="Times New Roman"/>
          <w:noProof/>
          <w:sz w:val="24"/>
          <w:szCs w:val="24"/>
          <w:lang w:eastAsia="cs-CZ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05FF09FC" wp14:editId="0B3E147C">
                <wp:simplePos x="0" y="0"/>
                <wp:positionH relativeFrom="column">
                  <wp:posOffset>0</wp:posOffset>
                </wp:positionH>
                <wp:positionV relativeFrom="paragraph">
                  <wp:posOffset>514985</wp:posOffset>
                </wp:positionV>
                <wp:extent cx="5760720" cy="784225"/>
                <wp:effectExtent l="152400" t="152400" r="354330" b="358775"/>
                <wp:wrapNone/>
                <wp:docPr id="6" name="Skupina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0" cy="784225"/>
                          <a:chOff x="0" y="0"/>
                          <a:chExt cx="5760720" cy="784225"/>
                        </a:xfrm>
                      </wpg:grpSpPr>
                      <pic:pic xmlns:pic="http://schemas.openxmlformats.org/drawingml/2006/picture">
                        <pic:nvPicPr>
                          <pic:cNvPr id="3" name="Obrázek 3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784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  <wps:wsp>
                        <wps:cNvPr id="4" name="Zaoblený obdélník 4"/>
                        <wps:cNvSpPr/>
                        <wps:spPr>
                          <a:xfrm>
                            <a:off x="868680" y="243840"/>
                            <a:ext cx="388620" cy="411480"/>
                          </a:xfrm>
                          <a:prstGeom prst="round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Zaoblený obdélník 5"/>
                        <wps:cNvSpPr/>
                        <wps:spPr>
                          <a:xfrm>
                            <a:off x="1943100" y="91440"/>
                            <a:ext cx="350520" cy="152400"/>
                          </a:xfrm>
                          <a:prstGeom prst="round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5F5F17B6">
              <v:group id="Skupina 6" style="position:absolute;margin-left:0;margin-top:40.55pt;width:453.6pt;height:61.75pt;z-index:-251658240;mso-height-relative:margin" coordsize="57607,7842" o:spid="_x0000_s1026" w14:anchorId="414CA0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Obrázek 3" style="position:absolute;width:57607;height:7842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">
                  <v:imagedata o:title="" r:id="rId30"/>
                  <v:shadow on="t" color="#333" opacity="42598f" offset="2.74397mm,2.74397mm" origin="-.5,-.5"/>
                </v:shape>
                <v:roundrect id="Zaoblený obdélník 4" style="position:absolute;left:8686;top:2438;width:3887;height:4115;visibility:visible;mso-wrap-style:square;v-text-anchor:middle" o:spid="_x0000_s1028" filled="f" strokecolor="red" strokeweight="3pt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"/>
                <v:roundrect id="Zaoblený obdélník 5" style="position:absolute;left:19431;top:914;width:3505;height:1524;visibility:visible;mso-wrap-style:square;v-text-anchor:middle" o:spid="_x0000_s1029" filled="f" strokecolor="red" strokeweight="3pt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"/>
              </v:group>
            </w:pict>
          </mc:Fallback>
        </mc:AlternateContent>
      </w:r>
      <w:r w:rsidR="00CB3BE4" w:rsidRPr="006D18AB">
        <w:rPr>
          <w:rFonts w:ascii="Times New Roman" w:hAnsi="Times New Roman" w:cs="Times New Roman"/>
          <w:sz w:val="24"/>
          <w:szCs w:val="24"/>
          <w:lang w:val="cs-CZ"/>
        </w:rPr>
        <w:t xml:space="preserve">1) </w:t>
      </w:r>
      <w:r w:rsidR="00764E50" w:rsidRPr="006D18AB">
        <w:rPr>
          <w:rFonts w:ascii="Times New Roman" w:hAnsi="Times New Roman" w:cs="Times New Roman"/>
          <w:sz w:val="24"/>
          <w:szCs w:val="24"/>
          <w:lang w:val="cs-CZ"/>
        </w:rPr>
        <w:t xml:space="preserve">Za text, který citujeme, vložíme odkaz na poznámku pod čarou. </w:t>
      </w:r>
      <w:r w:rsidR="00CB3BE4" w:rsidRPr="006D18AB">
        <w:rPr>
          <w:rFonts w:ascii="Times New Roman" w:hAnsi="Times New Roman" w:cs="Times New Roman"/>
          <w:sz w:val="24"/>
          <w:szCs w:val="24"/>
          <w:lang w:val="cs-CZ"/>
        </w:rPr>
        <w:t>(karta REFERENCE/Vložit pozn</w:t>
      </w:r>
      <w:r w:rsidR="006D18AB">
        <w:rPr>
          <w:rFonts w:ascii="Times New Roman" w:hAnsi="Times New Roman" w:cs="Times New Roman"/>
          <w:sz w:val="24"/>
          <w:szCs w:val="24"/>
          <w:lang w:val="cs-CZ"/>
        </w:rPr>
        <w:t>ámku</w:t>
      </w:r>
      <w:r w:rsidR="00CB3BE4" w:rsidRPr="006D18AB">
        <w:rPr>
          <w:rFonts w:ascii="Times New Roman" w:hAnsi="Times New Roman" w:cs="Times New Roman"/>
          <w:sz w:val="24"/>
          <w:szCs w:val="24"/>
          <w:lang w:val="cs-CZ"/>
        </w:rPr>
        <w:t xml:space="preserve"> pod čarou).</w:t>
      </w:r>
    </w:p>
    <w:p w14:paraId="44BAEBDA" w14:textId="32C48C98" w:rsidR="00CB3BE4" w:rsidRPr="00CB3BE4" w:rsidRDefault="00CB3BE4" w:rsidP="00CB3BE4">
      <w:pPr>
        <w:rPr>
          <w:rFonts w:ascii="Times New Roman" w:hAnsi="Times New Roman" w:cs="Times New Roman"/>
          <w:sz w:val="24"/>
          <w:szCs w:val="24"/>
        </w:rPr>
      </w:pPr>
    </w:p>
    <w:p w14:paraId="51F6DB6B" w14:textId="77777777" w:rsidR="00CB3BE4" w:rsidRPr="00CB3BE4" w:rsidRDefault="00CB3BE4" w:rsidP="00CB3BE4">
      <w:pPr>
        <w:rPr>
          <w:rFonts w:ascii="Times New Roman" w:hAnsi="Times New Roman" w:cs="Times New Roman"/>
          <w:sz w:val="24"/>
          <w:szCs w:val="24"/>
        </w:rPr>
      </w:pPr>
    </w:p>
    <w:p w14:paraId="064C6DD1" w14:textId="77777777" w:rsidR="00CB3BE4" w:rsidRPr="00CB3BE4" w:rsidRDefault="00CB3BE4" w:rsidP="00CB3BE4">
      <w:pPr>
        <w:rPr>
          <w:rFonts w:ascii="Times New Roman" w:hAnsi="Times New Roman" w:cs="Times New Roman"/>
          <w:sz w:val="24"/>
          <w:szCs w:val="24"/>
        </w:rPr>
      </w:pPr>
    </w:p>
    <w:p w14:paraId="7CF63A53" w14:textId="77777777" w:rsidR="000F54B7" w:rsidRDefault="000F54B7" w:rsidP="009A39B7">
      <w:pPr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14:paraId="2D0BACE8" w14:textId="4EFA8CBE" w:rsidR="00E42C04" w:rsidRPr="006D18AB" w:rsidRDefault="009A39B7" w:rsidP="009A39B7">
      <w:p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CB3BE4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60288" behindDoc="1" locked="0" layoutInCell="1" allowOverlap="1" wp14:anchorId="32B603E9" wp14:editId="5F79EEFE">
            <wp:simplePos x="0" y="0"/>
            <wp:positionH relativeFrom="column">
              <wp:posOffset>0</wp:posOffset>
            </wp:positionH>
            <wp:positionV relativeFrom="paragraph">
              <wp:posOffset>709930</wp:posOffset>
            </wp:positionV>
            <wp:extent cx="2956560" cy="1316830"/>
            <wp:effectExtent l="152400" t="152400" r="358140" b="360045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956560" cy="13168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  <w:lang w:val="cs-CZ"/>
        </w:rPr>
        <w:t xml:space="preserve">2) </w:t>
      </w:r>
      <w:r w:rsidR="00E42C04" w:rsidRPr="00E42C04">
        <w:rPr>
          <w:rFonts w:ascii="Times New Roman" w:hAnsi="Times New Roman" w:cs="Times New Roman"/>
          <w:sz w:val="24"/>
          <w:szCs w:val="24"/>
          <w:lang w:val="cs-CZ"/>
        </w:rPr>
        <w:t>Za citovaným textem se zobrazí číslo v horním indexu. Číslování poznámek pod čarou je průběžné a postupně se zvyšuje. Na stejné stránce se pod textem vytvoří vodorovná čára a pod ní prostor pro uvedení citace.</w:t>
      </w:r>
    </w:p>
    <w:p w14:paraId="0104FAFE" w14:textId="40F38961" w:rsidR="00CB3BE4" w:rsidRPr="00CB3BE4" w:rsidRDefault="00CB3BE4" w:rsidP="00CB3BE4">
      <w:pPr>
        <w:rPr>
          <w:rFonts w:ascii="Times New Roman" w:hAnsi="Times New Roman" w:cs="Times New Roman"/>
          <w:sz w:val="24"/>
          <w:szCs w:val="24"/>
        </w:rPr>
      </w:pPr>
    </w:p>
    <w:p w14:paraId="371D8B56" w14:textId="5ED38B0E" w:rsidR="00CB3BE4" w:rsidRPr="00CB3BE4" w:rsidRDefault="00CB3BE4" w:rsidP="00CB3BE4">
      <w:pPr>
        <w:rPr>
          <w:rFonts w:ascii="Times New Roman" w:hAnsi="Times New Roman" w:cs="Times New Roman"/>
          <w:sz w:val="24"/>
          <w:szCs w:val="24"/>
        </w:rPr>
      </w:pPr>
    </w:p>
    <w:p w14:paraId="03772A67" w14:textId="539817E0" w:rsidR="00CB3BE4" w:rsidRPr="00CB3BE4" w:rsidRDefault="00CB3BE4" w:rsidP="00CB3BE4">
      <w:pPr>
        <w:rPr>
          <w:rFonts w:ascii="Times New Roman" w:hAnsi="Times New Roman" w:cs="Times New Roman"/>
          <w:sz w:val="24"/>
          <w:szCs w:val="24"/>
        </w:rPr>
      </w:pPr>
    </w:p>
    <w:p w14:paraId="0DA26D4A" w14:textId="07DCC110" w:rsidR="00CB3BE4" w:rsidRPr="00CB3BE4" w:rsidRDefault="00CB3BE4" w:rsidP="00CB3BE4">
      <w:pPr>
        <w:rPr>
          <w:rFonts w:ascii="Times New Roman" w:hAnsi="Times New Roman" w:cs="Times New Roman"/>
          <w:sz w:val="24"/>
          <w:szCs w:val="24"/>
        </w:rPr>
      </w:pPr>
    </w:p>
    <w:p w14:paraId="08ADFDD3" w14:textId="41266000" w:rsidR="00863853" w:rsidRDefault="00863853" w:rsidP="006D10FC">
      <w:pPr>
        <w:spacing w:after="0"/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14:paraId="76855E9C" w14:textId="77777777" w:rsidR="000F54B7" w:rsidRDefault="000F54B7" w:rsidP="006D10FC">
      <w:pPr>
        <w:spacing w:after="0"/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14:paraId="4A2426A7" w14:textId="03051F10" w:rsidR="006D10FC" w:rsidRDefault="009125B4" w:rsidP="006D10FC">
      <w:pPr>
        <w:spacing w:after="0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3) </w:t>
      </w:r>
      <w:r w:rsidRPr="009125B4">
        <w:rPr>
          <w:rFonts w:ascii="Times New Roman" w:hAnsi="Times New Roman" w:cs="Times New Roman"/>
          <w:sz w:val="24"/>
          <w:szCs w:val="24"/>
          <w:lang w:val="cs-CZ"/>
        </w:rPr>
        <w:t>Citaci</w:t>
      </w:r>
      <w:r w:rsidR="006D10FC">
        <w:rPr>
          <w:rFonts w:ascii="Times New Roman" w:hAnsi="Times New Roman" w:cs="Times New Roman"/>
          <w:sz w:val="24"/>
          <w:szCs w:val="24"/>
          <w:lang w:val="cs-CZ"/>
        </w:rPr>
        <w:t xml:space="preserve"> v poznámce pod čarou</w:t>
      </w:r>
      <w:r w:rsidRPr="009125B4">
        <w:rPr>
          <w:rFonts w:ascii="Times New Roman" w:hAnsi="Times New Roman" w:cs="Times New Roman"/>
          <w:sz w:val="24"/>
          <w:szCs w:val="24"/>
          <w:lang w:val="cs-CZ"/>
        </w:rPr>
        <w:t xml:space="preserve"> píšeme </w:t>
      </w:r>
      <w:r>
        <w:rPr>
          <w:rFonts w:ascii="Times New Roman" w:hAnsi="Times New Roman" w:cs="Times New Roman"/>
          <w:sz w:val="24"/>
          <w:szCs w:val="24"/>
          <w:lang w:val="cs-CZ"/>
        </w:rPr>
        <w:t>vel.</w:t>
      </w:r>
      <w:r w:rsidRPr="009125B4">
        <w:rPr>
          <w:rFonts w:ascii="Times New Roman" w:hAnsi="Times New Roman" w:cs="Times New Roman"/>
          <w:sz w:val="24"/>
          <w:szCs w:val="24"/>
          <w:lang w:val="cs-CZ"/>
        </w:rPr>
        <w:t xml:space="preserve"> 10 b</w:t>
      </w:r>
      <w:r w:rsidR="006D10FC">
        <w:rPr>
          <w:rFonts w:ascii="Times New Roman" w:hAnsi="Times New Roman" w:cs="Times New Roman"/>
          <w:sz w:val="24"/>
          <w:szCs w:val="24"/>
          <w:lang w:val="cs-CZ"/>
        </w:rPr>
        <w:t xml:space="preserve">. </w:t>
      </w:r>
      <w:r w:rsidRPr="009125B4">
        <w:rPr>
          <w:rFonts w:ascii="Times New Roman" w:hAnsi="Times New Roman" w:cs="Times New Roman"/>
          <w:sz w:val="24"/>
          <w:szCs w:val="24"/>
          <w:lang w:val="cs-CZ"/>
        </w:rPr>
        <w:t>Uvádíme základní informace o citovaném zdroji:</w:t>
      </w:r>
    </w:p>
    <w:p w14:paraId="2A44C1B5" w14:textId="77777777" w:rsidR="00414E18" w:rsidRPr="00A132B0" w:rsidRDefault="00414E18" w:rsidP="00414E18">
      <w:pPr>
        <w:pStyle w:val="Odstavecseseznamem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citujeme pomocí webové stánky </w:t>
      </w:r>
      <w:hyperlink r:id="rId32" w:history="1">
        <w:r w:rsidRPr="006C5C0B">
          <w:rPr>
            <w:rStyle w:val="Hypertextovodkaz"/>
            <w:rFonts w:ascii="Times New Roman" w:hAnsi="Times New Roman" w:cs="Times New Roman"/>
            <w:sz w:val="24"/>
            <w:szCs w:val="24"/>
            <w:lang w:val="cs-CZ"/>
          </w:rPr>
          <w:t>www.citace.com</w:t>
        </w:r>
      </w:hyperlink>
      <w:r>
        <w:rPr>
          <w:rFonts w:ascii="Times New Roman" w:hAnsi="Times New Roman" w:cs="Times New Roman"/>
          <w:sz w:val="24"/>
          <w:szCs w:val="24"/>
          <w:lang w:val="cs-CZ"/>
        </w:rPr>
        <w:t xml:space="preserve"> (viz dokument </w:t>
      </w:r>
      <w:r w:rsidRPr="001E2706">
        <w:rPr>
          <w:rFonts w:ascii="Times New Roman" w:hAnsi="Times New Roman" w:cs="Times New Roman"/>
          <w:b/>
          <w:bCs/>
          <w:sz w:val="24"/>
          <w:szCs w:val="24"/>
          <w:lang w:val="cs-CZ"/>
        </w:rPr>
        <w:t>PŘÍKLADY CITACÍ</w:t>
      </w:r>
      <w:r>
        <w:rPr>
          <w:rFonts w:ascii="Times New Roman" w:hAnsi="Times New Roman" w:cs="Times New Roman"/>
          <w:sz w:val="24"/>
          <w:szCs w:val="24"/>
          <w:lang w:val="cs-CZ"/>
        </w:rPr>
        <w:t>),</w:t>
      </w:r>
    </w:p>
    <w:p w14:paraId="0CF9A496" w14:textId="77777777" w:rsidR="001E2706" w:rsidRPr="00695724" w:rsidRDefault="001E2706" w:rsidP="001E2706">
      <w:pPr>
        <w:pStyle w:val="Odstavecseseznamem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695724">
        <w:rPr>
          <w:rFonts w:ascii="Times New Roman" w:hAnsi="Times New Roman" w:cs="Times New Roman"/>
          <w:sz w:val="24"/>
          <w:szCs w:val="24"/>
          <w:lang w:val="cs-CZ"/>
        </w:rPr>
        <w:t xml:space="preserve">literární zdroj: alespoň </w:t>
      </w:r>
      <w:r>
        <w:rPr>
          <w:rFonts w:ascii="Times New Roman" w:hAnsi="Times New Roman" w:cs="Times New Roman"/>
          <w:sz w:val="24"/>
          <w:szCs w:val="24"/>
          <w:lang w:val="cs-CZ"/>
        </w:rPr>
        <w:t>A</w:t>
      </w:r>
      <w:r w:rsidRPr="00695724">
        <w:rPr>
          <w:rFonts w:ascii="Times New Roman" w:hAnsi="Times New Roman" w:cs="Times New Roman"/>
          <w:sz w:val="24"/>
          <w:szCs w:val="24"/>
          <w:lang w:val="cs-CZ"/>
        </w:rPr>
        <w:t>utor</w:t>
      </w:r>
      <w:r>
        <w:rPr>
          <w:rFonts w:ascii="Times New Roman" w:hAnsi="Times New Roman" w:cs="Times New Roman"/>
          <w:sz w:val="24"/>
          <w:szCs w:val="24"/>
          <w:lang w:val="cs-CZ"/>
        </w:rPr>
        <w:t>.</w:t>
      </w:r>
      <w:r w:rsidRPr="00695724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 w:rsidRPr="009D4882">
        <w:rPr>
          <w:rFonts w:ascii="Times New Roman" w:hAnsi="Times New Roman" w:cs="Times New Roman"/>
          <w:i/>
          <w:iCs/>
          <w:sz w:val="24"/>
          <w:szCs w:val="24"/>
          <w:lang w:val="cs-CZ"/>
        </w:rPr>
        <w:t>Název</w:t>
      </w:r>
      <w:r>
        <w:rPr>
          <w:rFonts w:ascii="Times New Roman" w:hAnsi="Times New Roman" w:cs="Times New Roman"/>
          <w:i/>
          <w:iCs/>
          <w:sz w:val="24"/>
          <w:szCs w:val="24"/>
          <w:lang w:val="cs-CZ"/>
        </w:rPr>
        <w:t>.</w:t>
      </w:r>
      <w:r w:rsidRPr="00695724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cs-CZ"/>
        </w:rPr>
        <w:t>Rok. K</w:t>
      </w:r>
      <w:r w:rsidRPr="00695724">
        <w:rPr>
          <w:rFonts w:ascii="Times New Roman" w:hAnsi="Times New Roman" w:cs="Times New Roman"/>
          <w:sz w:val="24"/>
          <w:szCs w:val="24"/>
          <w:lang w:val="cs-CZ"/>
        </w:rPr>
        <w:t>onkrétní strana, ze které čerpáme</w:t>
      </w:r>
      <w:r>
        <w:rPr>
          <w:rFonts w:ascii="Times New Roman" w:hAnsi="Times New Roman" w:cs="Times New Roman"/>
          <w:sz w:val="24"/>
          <w:szCs w:val="24"/>
          <w:lang w:val="cs-CZ"/>
        </w:rPr>
        <w:t>.</w:t>
      </w:r>
    </w:p>
    <w:p w14:paraId="602BC5B6" w14:textId="77777777" w:rsidR="001E2706" w:rsidRDefault="001E2706" w:rsidP="001E2706">
      <w:pPr>
        <w:pStyle w:val="Odstavecseseznamem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695724">
        <w:rPr>
          <w:rFonts w:ascii="Times New Roman" w:hAnsi="Times New Roman" w:cs="Times New Roman"/>
          <w:sz w:val="24"/>
          <w:szCs w:val="24"/>
          <w:lang w:val="cs-CZ"/>
        </w:rPr>
        <w:t xml:space="preserve">elektronický zdroj: </w:t>
      </w:r>
      <w:r>
        <w:rPr>
          <w:rFonts w:ascii="Times New Roman" w:hAnsi="Times New Roman" w:cs="Times New Roman"/>
          <w:sz w:val="24"/>
          <w:szCs w:val="24"/>
          <w:lang w:val="cs-CZ"/>
        </w:rPr>
        <w:t>A</w:t>
      </w:r>
      <w:r w:rsidRPr="00695724">
        <w:rPr>
          <w:rFonts w:ascii="Times New Roman" w:hAnsi="Times New Roman" w:cs="Times New Roman"/>
          <w:sz w:val="24"/>
          <w:szCs w:val="24"/>
          <w:lang w:val="cs-CZ"/>
        </w:rPr>
        <w:t>utor</w:t>
      </w:r>
      <w:r>
        <w:rPr>
          <w:rFonts w:ascii="Times New Roman" w:hAnsi="Times New Roman" w:cs="Times New Roman"/>
          <w:sz w:val="24"/>
          <w:szCs w:val="24"/>
          <w:lang w:val="cs-CZ"/>
        </w:rPr>
        <w:t xml:space="preserve">. </w:t>
      </w:r>
      <w:r w:rsidRPr="00847E0D">
        <w:rPr>
          <w:rFonts w:ascii="Times New Roman" w:hAnsi="Times New Roman" w:cs="Times New Roman"/>
          <w:i/>
          <w:iCs/>
          <w:sz w:val="24"/>
          <w:szCs w:val="24"/>
          <w:lang w:val="cs-CZ"/>
        </w:rPr>
        <w:t>Název</w:t>
      </w:r>
      <w:r>
        <w:rPr>
          <w:rFonts w:ascii="Times New Roman" w:hAnsi="Times New Roman" w:cs="Times New Roman"/>
          <w:sz w:val="24"/>
          <w:szCs w:val="24"/>
          <w:lang w:val="cs-CZ"/>
        </w:rPr>
        <w:t>.</w:t>
      </w:r>
      <w:r w:rsidRPr="00695724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cs-CZ"/>
        </w:rPr>
        <w:t>O</w:t>
      </w:r>
      <w:r w:rsidRPr="00695724">
        <w:rPr>
          <w:rFonts w:ascii="Times New Roman" w:hAnsi="Times New Roman" w:cs="Times New Roman"/>
          <w:sz w:val="24"/>
          <w:szCs w:val="24"/>
          <w:lang w:val="cs-CZ"/>
        </w:rPr>
        <w:t>nline</w:t>
      </w:r>
      <w:r>
        <w:rPr>
          <w:rFonts w:ascii="Times New Roman" w:hAnsi="Times New Roman" w:cs="Times New Roman"/>
          <w:sz w:val="24"/>
          <w:szCs w:val="24"/>
          <w:lang w:val="cs-CZ"/>
        </w:rPr>
        <w:t>. K</w:t>
      </w:r>
      <w:r w:rsidRPr="00695724">
        <w:rPr>
          <w:rFonts w:ascii="Times New Roman" w:hAnsi="Times New Roman" w:cs="Times New Roman"/>
          <w:sz w:val="24"/>
          <w:szCs w:val="24"/>
          <w:lang w:val="cs-CZ"/>
        </w:rPr>
        <w:t>do publikoval</w:t>
      </w:r>
      <w:r>
        <w:rPr>
          <w:rFonts w:ascii="Times New Roman" w:hAnsi="Times New Roman" w:cs="Times New Roman"/>
          <w:sz w:val="24"/>
          <w:szCs w:val="24"/>
          <w:lang w:val="cs-CZ"/>
        </w:rPr>
        <w:t>. R</w:t>
      </w:r>
      <w:r w:rsidRPr="00695724">
        <w:rPr>
          <w:rFonts w:ascii="Times New Roman" w:hAnsi="Times New Roman" w:cs="Times New Roman"/>
          <w:sz w:val="24"/>
          <w:szCs w:val="24"/>
          <w:lang w:val="cs-CZ"/>
        </w:rPr>
        <w:t>ok</w:t>
      </w:r>
      <w:r>
        <w:rPr>
          <w:rFonts w:ascii="Times New Roman" w:hAnsi="Times New Roman" w:cs="Times New Roman"/>
          <w:sz w:val="24"/>
          <w:szCs w:val="24"/>
          <w:lang w:val="cs-CZ"/>
        </w:rPr>
        <w:t>.</w:t>
      </w:r>
      <w:r w:rsidRPr="00695724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cs-CZ"/>
        </w:rPr>
        <w:t>U</w:t>
      </w:r>
      <w:r w:rsidRPr="00695724">
        <w:rPr>
          <w:rFonts w:ascii="Times New Roman" w:hAnsi="Times New Roman" w:cs="Times New Roman"/>
          <w:sz w:val="24"/>
          <w:szCs w:val="24"/>
          <w:lang w:val="cs-CZ"/>
        </w:rPr>
        <w:t>rl</w:t>
      </w:r>
      <w:proofErr w:type="spellEnd"/>
      <w:r>
        <w:rPr>
          <w:rFonts w:ascii="Times New Roman" w:hAnsi="Times New Roman" w:cs="Times New Roman"/>
          <w:sz w:val="24"/>
          <w:szCs w:val="24"/>
          <w:lang w:val="cs-CZ"/>
        </w:rPr>
        <w:t xml:space="preserve">. </w:t>
      </w:r>
      <w:r w:rsidRPr="00695724">
        <w:rPr>
          <w:rFonts w:ascii="Times New Roman" w:hAnsi="Times New Roman" w:cs="Times New Roman"/>
          <w:sz w:val="24"/>
          <w:szCs w:val="24"/>
          <w:lang w:val="cs-CZ"/>
        </w:rPr>
        <w:t>[datum citace].</w:t>
      </w:r>
    </w:p>
    <w:p w14:paraId="0A4CD24E" w14:textId="77777777" w:rsidR="001E2706" w:rsidRPr="00DF128D" w:rsidRDefault="001E2706" w:rsidP="001E2706">
      <w:pPr>
        <w:pStyle w:val="Odstavecseseznamem"/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57F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0AE16F96" wp14:editId="0582829F">
            <wp:simplePos x="0" y="0"/>
            <wp:positionH relativeFrom="column">
              <wp:posOffset>233045</wp:posOffset>
            </wp:positionH>
            <wp:positionV relativeFrom="paragraph">
              <wp:posOffset>260694</wp:posOffset>
            </wp:positionV>
            <wp:extent cx="4991735" cy="1009650"/>
            <wp:effectExtent l="152400" t="152400" r="361315" b="361950"/>
            <wp:wrapNone/>
            <wp:docPr id="38189502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895027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991735" cy="1009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DF128D">
        <w:rPr>
          <w:rFonts w:ascii="Times New Roman" w:hAnsi="Times New Roman" w:cs="Times New Roman"/>
          <w:sz w:val="24"/>
          <w:szCs w:val="24"/>
          <w:lang w:val="cs-CZ"/>
        </w:rPr>
        <w:t xml:space="preserve">AI zdroj: Název služby. </w:t>
      </w:r>
      <w:r w:rsidRPr="00DF128D">
        <w:rPr>
          <w:rFonts w:ascii="Times New Roman" w:hAnsi="Times New Roman" w:cs="Times New Roman"/>
          <w:i/>
          <w:iCs/>
          <w:sz w:val="24"/>
          <w:szCs w:val="24"/>
          <w:lang w:val="cs-CZ"/>
        </w:rPr>
        <w:t>Prompt</w:t>
      </w:r>
      <w:r w:rsidRPr="00DF128D">
        <w:rPr>
          <w:rFonts w:ascii="Times New Roman" w:hAnsi="Times New Roman" w:cs="Times New Roman"/>
          <w:sz w:val="24"/>
          <w:szCs w:val="24"/>
          <w:lang w:val="cs-CZ"/>
        </w:rPr>
        <w:t xml:space="preserve">. Online. Rok. </w:t>
      </w:r>
      <w:proofErr w:type="spellStart"/>
      <w:r w:rsidRPr="00DF128D">
        <w:rPr>
          <w:rFonts w:ascii="Times New Roman" w:hAnsi="Times New Roman" w:cs="Times New Roman"/>
          <w:sz w:val="24"/>
          <w:szCs w:val="24"/>
          <w:lang w:val="cs-CZ"/>
        </w:rPr>
        <w:t>Url</w:t>
      </w:r>
      <w:proofErr w:type="spellEnd"/>
      <w:r w:rsidRPr="00DF128D">
        <w:rPr>
          <w:rFonts w:ascii="Times New Roman" w:hAnsi="Times New Roman" w:cs="Times New Roman"/>
          <w:sz w:val="24"/>
          <w:szCs w:val="24"/>
          <w:lang w:val="cs-CZ"/>
        </w:rPr>
        <w:t>. [datum citace].</w:t>
      </w:r>
    </w:p>
    <w:p w14:paraId="402C9F20" w14:textId="77777777" w:rsidR="001E2706" w:rsidRDefault="001E2706" w:rsidP="001E27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E64F3F" w14:textId="3215F258" w:rsidR="00475095" w:rsidRDefault="00475095" w:rsidP="00CB3BE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061587" w14:textId="69D4058D" w:rsidR="00475095" w:rsidRDefault="005B4A70" w:rsidP="005B4A70">
      <w:pPr>
        <w:tabs>
          <w:tab w:val="left" w:pos="273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025404C" w14:textId="0CFE3DDE" w:rsidR="00863853" w:rsidRPr="00CC20D9" w:rsidRDefault="00863853" w:rsidP="00863853">
      <w:pPr>
        <w:spacing w:after="0"/>
        <w:jc w:val="both"/>
        <w:rPr>
          <w:rFonts w:ascii="Times New Roman" w:hAnsi="Times New Roman" w:cs="Times New Roman"/>
          <w:sz w:val="20"/>
          <w:szCs w:val="20"/>
          <w:lang w:val="cs-CZ"/>
        </w:rPr>
      </w:pPr>
    </w:p>
    <w:p w14:paraId="4606157C" w14:textId="77777777" w:rsidR="00BF7D40" w:rsidRDefault="007818F9" w:rsidP="007818F9">
      <w:pPr>
        <w:jc w:val="both"/>
        <w:rPr>
          <w:rFonts w:ascii="Times New Roman" w:hAnsi="Times New Roman" w:cs="Times New Roman"/>
          <w:sz w:val="24"/>
          <w:szCs w:val="24"/>
          <w:lang w:val="cs-CZ"/>
        </w:rPr>
        <w:sectPr w:rsidR="00BF7D40" w:rsidSect="006D18AB">
          <w:headerReference w:type="default" r:id="rId34"/>
          <w:footerReference w:type="default" r:id="rId35"/>
          <w:pgSz w:w="12240" w:h="15840"/>
          <w:pgMar w:top="1440" w:right="1183" w:bottom="1440" w:left="1800" w:header="720" w:footer="720" w:gutter="0"/>
          <w:cols w:space="720"/>
          <w:docGrid w:linePitch="360"/>
        </w:sectPr>
      </w:pPr>
      <w:r w:rsidRPr="007818F9">
        <w:rPr>
          <w:rFonts w:ascii="Times New Roman" w:hAnsi="Times New Roman" w:cs="Times New Roman"/>
          <w:sz w:val="24"/>
          <w:szCs w:val="24"/>
          <w:lang w:val="cs-CZ"/>
        </w:rPr>
        <w:t>4) V seznamu použité literatury uvádíme zdroje seřazené abecedně. Rozlišujeme literární a</w:t>
      </w:r>
      <w:r>
        <w:rPr>
          <w:rFonts w:ascii="Times New Roman" w:hAnsi="Times New Roman" w:cs="Times New Roman"/>
          <w:sz w:val="24"/>
          <w:szCs w:val="24"/>
          <w:lang w:val="cs-CZ"/>
        </w:rPr>
        <w:t> </w:t>
      </w:r>
      <w:r w:rsidRPr="007818F9">
        <w:rPr>
          <w:rFonts w:ascii="Times New Roman" w:hAnsi="Times New Roman" w:cs="Times New Roman"/>
          <w:sz w:val="24"/>
          <w:szCs w:val="24"/>
          <w:lang w:val="cs-CZ"/>
        </w:rPr>
        <w:t>elektronické zdroje.</w:t>
      </w:r>
    </w:p>
    <w:p w14:paraId="63B0D2F5" w14:textId="77777777" w:rsidR="000F54B7" w:rsidRDefault="000F54B7">
      <w:pPr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br w:type="page"/>
      </w:r>
    </w:p>
    <w:p w14:paraId="16A46CE6" w14:textId="438DD658" w:rsidR="00B44F23" w:rsidRPr="0085142B" w:rsidRDefault="00965D6A" w:rsidP="00B44F23">
      <w:pPr>
        <w:spacing w:after="0" w:line="360" w:lineRule="auto"/>
        <w:jc w:val="both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lastRenderedPageBreak/>
        <w:t xml:space="preserve">SEZNAM </w:t>
      </w:r>
      <w:r w:rsidR="00B44F23" w:rsidRPr="0085142B">
        <w:rPr>
          <w:rFonts w:ascii="Times New Roman" w:hAnsi="Times New Roman" w:cs="Times New Roman"/>
          <w:b/>
          <w:sz w:val="32"/>
        </w:rPr>
        <w:t>POUŽIT</w:t>
      </w:r>
      <w:r>
        <w:rPr>
          <w:rFonts w:ascii="Times New Roman" w:hAnsi="Times New Roman" w:cs="Times New Roman"/>
          <w:b/>
          <w:sz w:val="32"/>
        </w:rPr>
        <w:t>É</w:t>
      </w:r>
      <w:r w:rsidR="00B44F23" w:rsidRPr="0085142B">
        <w:rPr>
          <w:rFonts w:ascii="Times New Roman" w:hAnsi="Times New Roman" w:cs="Times New Roman"/>
          <w:b/>
          <w:sz w:val="32"/>
        </w:rPr>
        <w:t xml:space="preserve"> LITERATUR</w:t>
      </w:r>
      <w:r>
        <w:rPr>
          <w:rFonts w:ascii="Times New Roman" w:hAnsi="Times New Roman" w:cs="Times New Roman"/>
          <w:b/>
          <w:sz w:val="32"/>
        </w:rPr>
        <w:t>Y</w:t>
      </w:r>
      <w:r w:rsidR="00B44F23">
        <w:rPr>
          <w:rFonts w:ascii="Times New Roman" w:hAnsi="Times New Roman" w:cs="Times New Roman"/>
          <w:b/>
          <w:sz w:val="32"/>
        </w:rPr>
        <w:t xml:space="preserve"> </w:t>
      </w:r>
      <w:r w:rsidR="00B44F23">
        <w:rPr>
          <w:rFonts w:ascii="Times New Roman" w:eastAsia="Times New Roman" w:hAnsi="Times New Roman" w:cs="Times New Roman"/>
          <w:b/>
          <w:color w:val="2E74B5"/>
          <w:sz w:val="32"/>
          <w:szCs w:val="32"/>
          <w:lang w:eastAsia="cs-CZ"/>
        </w:rPr>
        <w:t>(</w:t>
      </w:r>
      <w:r w:rsidR="00B44F23" w:rsidRPr="00965D6A">
        <w:rPr>
          <w:rFonts w:ascii="Times New Roman" w:eastAsia="Times New Roman" w:hAnsi="Times New Roman" w:cs="Times New Roman"/>
          <w:b/>
          <w:color w:val="2E74B5"/>
          <w:sz w:val="32"/>
          <w:szCs w:val="32"/>
          <w:lang w:val="cs-CZ" w:eastAsia="cs-CZ"/>
        </w:rPr>
        <w:t>Nadpis</w:t>
      </w:r>
      <w:r w:rsidR="00B44F23">
        <w:rPr>
          <w:rFonts w:ascii="Times New Roman" w:eastAsia="Times New Roman" w:hAnsi="Times New Roman" w:cs="Times New Roman"/>
          <w:b/>
          <w:color w:val="2E74B5"/>
          <w:sz w:val="32"/>
          <w:szCs w:val="32"/>
          <w:lang w:eastAsia="cs-CZ"/>
        </w:rPr>
        <w:t xml:space="preserve"> 1: 1</w:t>
      </w:r>
      <w:r w:rsidR="00B44F23" w:rsidRPr="009723A2">
        <w:rPr>
          <w:rFonts w:ascii="Times New Roman" w:eastAsia="Times New Roman" w:hAnsi="Times New Roman" w:cs="Times New Roman"/>
          <w:b/>
          <w:color w:val="2E74B5"/>
          <w:sz w:val="32"/>
          <w:szCs w:val="32"/>
          <w:lang w:val="cs-CZ" w:eastAsia="cs-CZ"/>
        </w:rPr>
        <w:t>6 b, tučně, velká písmena)</w:t>
      </w:r>
    </w:p>
    <w:p w14:paraId="3CF27737" w14:textId="77777777" w:rsidR="00B44F23" w:rsidRPr="007A5383" w:rsidRDefault="00B44F23" w:rsidP="00B44F23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CD453A5" w14:textId="42F62569" w:rsidR="00B44F23" w:rsidRPr="003C5393" w:rsidRDefault="00B44F23" w:rsidP="00B44F2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2E74B5"/>
          <w:sz w:val="32"/>
          <w:szCs w:val="32"/>
          <w:lang w:val="cs-CZ" w:eastAsia="cs-CZ"/>
        </w:rPr>
      </w:pPr>
      <w:r w:rsidRPr="003C5393">
        <w:rPr>
          <w:rFonts w:ascii="Times New Roman" w:hAnsi="Times New Roman" w:cs="Times New Roman"/>
          <w:b/>
          <w:sz w:val="24"/>
          <w:szCs w:val="24"/>
          <w:lang w:val="cs-CZ"/>
        </w:rPr>
        <w:t>Literární zdroje:</w:t>
      </w:r>
      <w:r w:rsidR="00C74D97" w:rsidRPr="003C5393">
        <w:rPr>
          <w:rFonts w:ascii="Times New Roman" w:hAnsi="Times New Roman" w:cs="Times New Roman"/>
          <w:b/>
          <w:sz w:val="24"/>
          <w:szCs w:val="24"/>
          <w:lang w:val="cs-CZ"/>
        </w:rPr>
        <w:t xml:space="preserve"> </w:t>
      </w:r>
      <w:r w:rsidR="00C74D97" w:rsidRPr="003C5393">
        <w:rPr>
          <w:rFonts w:ascii="Times New Roman" w:eastAsia="Times New Roman" w:hAnsi="Times New Roman" w:cs="Times New Roman"/>
          <w:bCs/>
          <w:color w:val="2E74B5"/>
          <w:sz w:val="24"/>
          <w:szCs w:val="24"/>
          <w:lang w:val="cs-CZ" w:eastAsia="cs-CZ"/>
        </w:rPr>
        <w:t xml:space="preserve">(řazeno dle </w:t>
      </w:r>
      <w:r w:rsidR="003C5393" w:rsidRPr="003C5393">
        <w:rPr>
          <w:rFonts w:ascii="Times New Roman" w:eastAsia="Times New Roman" w:hAnsi="Times New Roman" w:cs="Times New Roman"/>
          <w:bCs/>
          <w:color w:val="2E74B5"/>
          <w:sz w:val="24"/>
          <w:szCs w:val="24"/>
          <w:lang w:val="cs-CZ" w:eastAsia="cs-CZ"/>
        </w:rPr>
        <w:t>jména autora vzestupně)</w:t>
      </w:r>
    </w:p>
    <w:p w14:paraId="3899B28A" w14:textId="77777777" w:rsidR="00B44F23" w:rsidRPr="00086282" w:rsidRDefault="00B44F23" w:rsidP="00B44F23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  <w:lang w:val="cs-CZ"/>
        </w:rPr>
      </w:pPr>
    </w:p>
    <w:p w14:paraId="53A8E80C" w14:textId="77777777" w:rsidR="00272057" w:rsidRPr="00086282" w:rsidRDefault="00272057" w:rsidP="00B44F23">
      <w:pPr>
        <w:pStyle w:val="Odstavecseseznamem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4"/>
          <w:lang w:val="cs-CZ"/>
        </w:rPr>
      </w:pPr>
      <w:r w:rsidRPr="0008628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cs-CZ"/>
        </w:rPr>
        <w:t>GIBILISCO, Stan. </w:t>
      </w:r>
      <w:r w:rsidRPr="00086282">
        <w:rPr>
          <w:rFonts w:ascii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val="cs-CZ"/>
        </w:rPr>
        <w:t>Statistika bez předchozích znalostí</w:t>
      </w:r>
      <w:r w:rsidRPr="0008628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cs-CZ"/>
        </w:rPr>
        <w:t xml:space="preserve">. Brno: </w:t>
      </w:r>
      <w:proofErr w:type="spellStart"/>
      <w:r w:rsidRPr="0008628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cs-CZ"/>
        </w:rPr>
        <w:t>Computer</w:t>
      </w:r>
      <w:proofErr w:type="spellEnd"/>
      <w:r w:rsidRPr="0008628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cs-CZ"/>
        </w:rPr>
        <w:t xml:space="preserve"> </w:t>
      </w:r>
      <w:proofErr w:type="spellStart"/>
      <w:r w:rsidRPr="0008628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cs-CZ"/>
        </w:rPr>
        <w:t>Press</w:t>
      </w:r>
      <w:proofErr w:type="spellEnd"/>
      <w:r w:rsidRPr="0008628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cs-CZ"/>
        </w:rPr>
        <w:t xml:space="preserve">, 2009. ISBN 978-80-251-2465-9. </w:t>
      </w:r>
    </w:p>
    <w:p w14:paraId="11DAF180" w14:textId="77777777" w:rsidR="00272057" w:rsidRPr="00086282" w:rsidRDefault="00272057" w:rsidP="00B44F23">
      <w:pPr>
        <w:pStyle w:val="Odstavecseseznamem"/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4"/>
          <w:lang w:val="cs-CZ"/>
        </w:rPr>
      </w:pPr>
      <w:r w:rsidRPr="0008628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cs-CZ"/>
        </w:rPr>
        <w:t>KOTÝNKOVÁ, Magdalena a NĚMEC, Otakar. </w:t>
      </w:r>
      <w:r w:rsidRPr="00086282">
        <w:rPr>
          <w:rFonts w:ascii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val="cs-CZ"/>
        </w:rPr>
        <w:t>Lidské zdroje na trhu práce: vývoj a</w:t>
      </w:r>
      <w:r>
        <w:rPr>
          <w:rFonts w:ascii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val="cs-CZ"/>
        </w:rPr>
        <w:t> </w:t>
      </w:r>
      <w:r w:rsidRPr="00086282">
        <w:rPr>
          <w:rFonts w:ascii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val="cs-CZ"/>
        </w:rPr>
        <w:t>tendence v souvislosti se vstupem České republiky do EU</w:t>
      </w:r>
      <w:r w:rsidRPr="0008628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cs-CZ"/>
        </w:rPr>
        <w:t xml:space="preserve">. Praha: Professional </w:t>
      </w:r>
      <w:proofErr w:type="spellStart"/>
      <w:r w:rsidRPr="0008628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cs-CZ"/>
        </w:rPr>
        <w:t>Publishing</w:t>
      </w:r>
      <w:proofErr w:type="spellEnd"/>
      <w:r w:rsidRPr="0008628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cs-CZ"/>
        </w:rPr>
        <w:t>, 2003. ISBN 80-864-1948-7.</w:t>
      </w:r>
    </w:p>
    <w:p w14:paraId="176F6683" w14:textId="77777777" w:rsidR="00272057" w:rsidRPr="005158F3" w:rsidRDefault="00272057" w:rsidP="005158F3">
      <w:pPr>
        <w:pStyle w:val="Odstavecseseznamem"/>
        <w:numPr>
          <w:ilvl w:val="0"/>
          <w:numId w:val="42"/>
        </w:numP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5158F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ZIBURA, Ladislav. </w:t>
      </w:r>
      <w:proofErr w:type="spellStart"/>
      <w:r w:rsidRPr="005158F3">
        <w:rPr>
          <w:rFonts w:ascii="Times New Roman" w:hAnsi="Times New Roman" w:cs="Times New Roman"/>
          <w:i/>
          <w:iCs/>
          <w:color w:val="212529"/>
          <w:sz w:val="24"/>
          <w:szCs w:val="24"/>
          <w:shd w:val="clear" w:color="auto" w:fill="FFFFFF"/>
        </w:rPr>
        <w:t>Prázdniny</w:t>
      </w:r>
      <w:proofErr w:type="spellEnd"/>
      <w:r w:rsidRPr="005158F3">
        <w:rPr>
          <w:rFonts w:ascii="Times New Roman" w:hAnsi="Times New Roman" w:cs="Times New Roman"/>
          <w:i/>
          <w:iCs/>
          <w:color w:val="212529"/>
          <w:sz w:val="24"/>
          <w:szCs w:val="24"/>
          <w:shd w:val="clear" w:color="auto" w:fill="FFFFFF"/>
        </w:rPr>
        <w:t xml:space="preserve"> v </w:t>
      </w:r>
      <w:proofErr w:type="spellStart"/>
      <w:r w:rsidRPr="005158F3">
        <w:rPr>
          <w:rFonts w:ascii="Times New Roman" w:hAnsi="Times New Roman" w:cs="Times New Roman"/>
          <w:i/>
          <w:iCs/>
          <w:color w:val="212529"/>
          <w:sz w:val="24"/>
          <w:szCs w:val="24"/>
          <w:shd w:val="clear" w:color="auto" w:fill="FFFFFF"/>
        </w:rPr>
        <w:t>Evropě</w:t>
      </w:r>
      <w:proofErr w:type="spellEnd"/>
      <w:r w:rsidRPr="005158F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. 2. </w:t>
      </w:r>
      <w:proofErr w:type="spellStart"/>
      <w:r w:rsidRPr="005158F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vydání</w:t>
      </w:r>
      <w:proofErr w:type="spellEnd"/>
      <w:r w:rsidRPr="005158F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. Praha: </w:t>
      </w:r>
      <w:proofErr w:type="spellStart"/>
      <w:r w:rsidRPr="005158F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Kniha</w:t>
      </w:r>
      <w:proofErr w:type="spellEnd"/>
      <w:r w:rsidRPr="005158F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Pr="005158F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Zlin</w:t>
      </w:r>
      <w:proofErr w:type="spellEnd"/>
      <w:r w:rsidRPr="005158F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, 2024. ISBN 978-80-7662-746-8.</w:t>
      </w:r>
    </w:p>
    <w:p w14:paraId="071EB9F4" w14:textId="77777777" w:rsidR="00545A36" w:rsidRPr="00086282" w:rsidRDefault="00545A36" w:rsidP="00545A36">
      <w:pPr>
        <w:pStyle w:val="Odstavecseseznamem"/>
        <w:spacing w:after="0" w:line="360" w:lineRule="auto"/>
        <w:jc w:val="both"/>
        <w:rPr>
          <w:rFonts w:ascii="Times New Roman" w:hAnsi="Times New Roman" w:cs="Times New Roman"/>
          <w:sz w:val="28"/>
          <w:szCs w:val="24"/>
          <w:lang w:val="cs-CZ"/>
        </w:rPr>
      </w:pPr>
    </w:p>
    <w:p w14:paraId="371E6A7E" w14:textId="2979FA74" w:rsidR="00B44F23" w:rsidRPr="00086282" w:rsidRDefault="00B44F23" w:rsidP="00B44F23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cs-CZ"/>
        </w:rPr>
      </w:pPr>
      <w:r w:rsidRPr="00086282">
        <w:rPr>
          <w:rFonts w:ascii="Times New Roman" w:hAnsi="Times New Roman" w:cs="Times New Roman"/>
          <w:b/>
          <w:sz w:val="24"/>
          <w:szCs w:val="24"/>
          <w:lang w:val="cs-CZ"/>
        </w:rPr>
        <w:t>Elektronické zdroje:</w:t>
      </w:r>
      <w:r w:rsidR="003C5393" w:rsidRPr="00086282">
        <w:rPr>
          <w:rFonts w:ascii="Times New Roman" w:hAnsi="Times New Roman" w:cs="Times New Roman"/>
          <w:b/>
          <w:sz w:val="24"/>
          <w:szCs w:val="24"/>
          <w:lang w:val="cs-CZ"/>
        </w:rPr>
        <w:t xml:space="preserve"> </w:t>
      </w:r>
      <w:r w:rsidR="003C5393" w:rsidRPr="00086282">
        <w:rPr>
          <w:rFonts w:ascii="Times New Roman" w:eastAsia="Times New Roman" w:hAnsi="Times New Roman" w:cs="Times New Roman"/>
          <w:bCs/>
          <w:color w:val="2E74B5"/>
          <w:sz w:val="24"/>
          <w:szCs w:val="24"/>
          <w:lang w:val="cs-CZ" w:eastAsia="cs-CZ"/>
        </w:rPr>
        <w:t>(řazeno dle jména autora vzestupně)</w:t>
      </w:r>
    </w:p>
    <w:p w14:paraId="24E844BC" w14:textId="77777777" w:rsidR="00B44F23" w:rsidRPr="00086282" w:rsidRDefault="00B44F23" w:rsidP="00B44F23">
      <w:pPr>
        <w:spacing w:after="0" w:line="360" w:lineRule="auto"/>
        <w:jc w:val="both"/>
        <w:rPr>
          <w:lang w:val="cs-CZ"/>
        </w:rPr>
      </w:pPr>
    </w:p>
    <w:p w14:paraId="76222F20" w14:textId="77777777" w:rsidR="00C04BD7" w:rsidRPr="00086282" w:rsidRDefault="00C04BD7" w:rsidP="00C04BD7">
      <w:pPr>
        <w:pStyle w:val="Odstavecseseznamem"/>
        <w:numPr>
          <w:ilvl w:val="0"/>
          <w:numId w:val="4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  <w:r w:rsidRPr="0008628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cs-CZ"/>
        </w:rPr>
        <w:t>ČESKO. </w:t>
      </w:r>
      <w:r w:rsidRPr="00086282">
        <w:rPr>
          <w:rFonts w:ascii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val="cs-CZ"/>
        </w:rPr>
        <w:t>Proměny věkového složení obyvatelstva</w:t>
      </w:r>
      <w:r w:rsidRPr="0008628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cs-CZ"/>
        </w:rPr>
        <w:t>. Online. ČESKÝ STATISTICKÝ ÚŘAD. 20219. Dostupné z: </w:t>
      </w:r>
      <w:hyperlink r:id="rId36" w:history="1">
        <w:r w:rsidRPr="00086282">
          <w:rPr>
            <w:rStyle w:val="Hypertextovodkaz"/>
            <w:rFonts w:ascii="Times New Roman" w:hAnsi="Times New Roman" w:cs="Times New Roman"/>
            <w:color w:val="FBA61C"/>
            <w:sz w:val="24"/>
            <w:szCs w:val="24"/>
            <w:u w:val="none"/>
            <w:shd w:val="clear" w:color="auto" w:fill="FFFFFF"/>
            <w:lang w:val="cs-CZ"/>
          </w:rPr>
          <w:t>https://www.czso.cz/csu/czso/ promeny-vekoveho-slozeni-obyvatelstva-cr-2001-2050</w:t>
        </w:r>
      </w:hyperlink>
      <w:r w:rsidRPr="0008628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cs-CZ"/>
        </w:rPr>
        <w:t>. [cit. 2019-04-15].</w:t>
      </w:r>
    </w:p>
    <w:p w14:paraId="2C05312A" w14:textId="483A843E" w:rsidR="005A51CC" w:rsidRPr="00086282" w:rsidRDefault="005A51CC" w:rsidP="00C04BD7">
      <w:pPr>
        <w:pStyle w:val="Odstavecseseznamem"/>
        <w:numPr>
          <w:ilvl w:val="0"/>
          <w:numId w:val="4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cs-CZ" w:eastAsia="ar-SA"/>
        </w:rPr>
      </w:pPr>
      <w:r w:rsidRPr="0008628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cs-CZ"/>
        </w:rPr>
        <w:t>ČESKO. </w:t>
      </w:r>
      <w:r w:rsidRPr="00086282">
        <w:rPr>
          <w:rFonts w:ascii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val="cs-CZ"/>
        </w:rPr>
        <w:t>Dlouhodobý záměr vzdělávání a rozvoje vzdělávací soustavy České republiky na období 2015 – 2020</w:t>
      </w:r>
      <w:r w:rsidRPr="0008628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cs-CZ"/>
        </w:rPr>
        <w:t>. Online. ČESKO. MINISTERSTVO ŠKOLSTVÍ, MLÁDEŽE A</w:t>
      </w:r>
      <w:r w:rsidR="00676F39" w:rsidRPr="0008628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cs-CZ"/>
        </w:rPr>
        <w:t> </w:t>
      </w:r>
      <w:r w:rsidRPr="0008628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cs-CZ"/>
        </w:rPr>
        <w:t>TĚLOVÝCHOVY. 2015. Dostupné z: </w:t>
      </w:r>
      <w:hyperlink r:id="rId37" w:history="1">
        <w:r w:rsidRPr="00086282">
          <w:rPr>
            <w:rStyle w:val="Hypertextovodkaz"/>
            <w:rFonts w:ascii="Times New Roman" w:hAnsi="Times New Roman" w:cs="Times New Roman"/>
            <w:color w:val="FBA61C"/>
            <w:sz w:val="24"/>
            <w:szCs w:val="24"/>
            <w:u w:val="none"/>
            <w:shd w:val="clear" w:color="auto" w:fill="FFFFFF"/>
            <w:lang w:val="cs-CZ"/>
          </w:rPr>
          <w:t>http://www.msmt.cz/</w:t>
        </w:r>
        <w:proofErr w:type="spellStart"/>
        <w:r w:rsidRPr="00086282">
          <w:rPr>
            <w:rStyle w:val="Hypertextovodkaz"/>
            <w:rFonts w:ascii="Times New Roman" w:hAnsi="Times New Roman" w:cs="Times New Roman"/>
            <w:color w:val="FBA61C"/>
            <w:sz w:val="24"/>
            <w:szCs w:val="24"/>
            <w:u w:val="none"/>
            <w:shd w:val="clear" w:color="auto" w:fill="FFFFFF"/>
            <w:lang w:val="cs-CZ"/>
          </w:rPr>
          <w:t>file</w:t>
        </w:r>
        <w:proofErr w:type="spellEnd"/>
        <w:r w:rsidRPr="00086282">
          <w:rPr>
            <w:rStyle w:val="Hypertextovodkaz"/>
            <w:rFonts w:ascii="Times New Roman" w:hAnsi="Times New Roman" w:cs="Times New Roman"/>
            <w:color w:val="FBA61C"/>
            <w:sz w:val="24"/>
            <w:szCs w:val="24"/>
            <w:u w:val="none"/>
            <w:shd w:val="clear" w:color="auto" w:fill="FFFFFF"/>
            <w:lang w:val="cs-CZ"/>
          </w:rPr>
          <w:t>/35167_1_1</w:t>
        </w:r>
      </w:hyperlink>
      <w:r w:rsidRPr="0008628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cs-CZ"/>
        </w:rPr>
        <w:t xml:space="preserve">. </w:t>
      </w:r>
      <w:r w:rsidR="00676F39" w:rsidRPr="0008628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cs-CZ"/>
        </w:rPr>
        <w:br/>
      </w:r>
      <w:r w:rsidRPr="0008628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cs-CZ"/>
        </w:rPr>
        <w:t>[cit. 2026</w:t>
      </w:r>
      <w:r w:rsidR="00676F39" w:rsidRPr="0008628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cs-CZ"/>
        </w:rPr>
        <w:t>-</w:t>
      </w:r>
      <w:r w:rsidRPr="00086282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cs-CZ"/>
        </w:rPr>
        <w:t>09-18].</w:t>
      </w:r>
    </w:p>
    <w:p w14:paraId="692151ED" w14:textId="714CD981" w:rsidR="00386913" w:rsidRPr="00ED49F8" w:rsidRDefault="00FB66EE" w:rsidP="00386913">
      <w:pPr>
        <w:pStyle w:val="Odstavecseseznamem"/>
        <w:numPr>
          <w:ilvl w:val="0"/>
          <w:numId w:val="41"/>
        </w:numPr>
        <w:spacing w:after="0" w:line="360" w:lineRule="auto"/>
        <w:jc w:val="both"/>
      </w:pPr>
      <w:r w:rsidRPr="00ED49F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cs-CZ"/>
        </w:rPr>
        <w:t>IDNES.CZ, ČTK. </w:t>
      </w:r>
      <w:r w:rsidRPr="00ED49F8">
        <w:rPr>
          <w:rFonts w:ascii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val="cs-CZ"/>
        </w:rPr>
        <w:t>Nobelovu cena jde vědcům za stavbu molekul jako lego pomocí „</w:t>
      </w:r>
      <w:proofErr w:type="spellStart"/>
      <w:r w:rsidRPr="00ED49F8">
        <w:rPr>
          <w:rFonts w:ascii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val="cs-CZ"/>
        </w:rPr>
        <w:t>click</w:t>
      </w:r>
      <w:proofErr w:type="spellEnd"/>
      <w:r w:rsidRPr="00ED49F8">
        <w:rPr>
          <w:rFonts w:ascii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val="cs-CZ"/>
        </w:rPr>
        <w:t>“ chemie</w:t>
      </w:r>
      <w:r w:rsidRPr="00ED49F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cs-CZ"/>
        </w:rPr>
        <w:t>. Online. MAFRA, A.S. IDNES.cz. 2022. Dostupné z: </w:t>
      </w:r>
      <w:hyperlink r:id="rId38" w:history="1">
        <w:r w:rsidRPr="00ED49F8">
          <w:rPr>
            <w:rStyle w:val="Hypertextovodkaz"/>
            <w:rFonts w:ascii="Times New Roman" w:hAnsi="Times New Roman" w:cs="Times New Roman"/>
            <w:color w:val="FBA61C"/>
            <w:sz w:val="24"/>
            <w:szCs w:val="24"/>
            <w:u w:val="none"/>
            <w:shd w:val="clear" w:color="auto" w:fill="FFFFFF"/>
            <w:lang w:val="cs-CZ"/>
          </w:rPr>
          <w:t>https://www.idnes.cz/technet/veda/nobelova-cena-chemie-svedsko-oceneni-medaile.A221005_113429_zahranicni_dtt</w:t>
        </w:r>
      </w:hyperlink>
      <w:r w:rsidRPr="00ED49F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cs-CZ"/>
        </w:rPr>
        <w:t>. [cit. 2026-09-18].</w:t>
      </w:r>
    </w:p>
    <w:p w14:paraId="57A7A5FF" w14:textId="244C2A3F" w:rsidR="00ED49F8" w:rsidRPr="00ED49F8" w:rsidRDefault="00ED49F8" w:rsidP="00ED49F8">
      <w:pPr>
        <w:pStyle w:val="Odstavecseseznamem"/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 w:rsidRPr="00546CF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OPENAI. </w:t>
      </w:r>
      <w:r w:rsidRPr="00546CF6">
        <w:rPr>
          <w:rFonts w:ascii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val="cs-CZ"/>
        </w:rPr>
        <w:t>Časový itinerář cesty</w:t>
      </w:r>
      <w:r w:rsidRPr="00546CF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cs-CZ"/>
        </w:rPr>
        <w:t>. Online. 2026. Dostupné z: </w:t>
      </w:r>
      <w:hyperlink r:id="rId39" w:history="1">
        <w:r w:rsidRPr="00546CF6">
          <w:rPr>
            <w:rStyle w:val="Hypertextovodkaz"/>
            <w:rFonts w:ascii="Times New Roman" w:hAnsi="Times New Roman" w:cs="Times New Roman"/>
            <w:color w:val="FBA61C"/>
            <w:sz w:val="24"/>
            <w:szCs w:val="24"/>
            <w:u w:val="none"/>
            <w:shd w:val="clear" w:color="auto" w:fill="FFFFFF"/>
            <w:lang w:val="cs-CZ"/>
          </w:rPr>
          <w:t>https://chatgpt.com/</w:t>
        </w:r>
      </w:hyperlink>
      <w:r w:rsidRPr="00546CF6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  <w:lang w:val="cs-CZ"/>
        </w:rPr>
        <w:t>. [cit. 2026-09-20].</w:t>
      </w:r>
    </w:p>
    <w:p w14:paraId="0DFE747B" w14:textId="684AA6F6" w:rsidR="009873B3" w:rsidRPr="007818F9" w:rsidRDefault="009873B3" w:rsidP="007818F9">
      <w:pPr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sectPr w:rsidR="009873B3" w:rsidRPr="007818F9" w:rsidSect="00BF7D40">
      <w:headerReference w:type="default" r:id="rId40"/>
      <w:type w:val="continuous"/>
      <w:pgSz w:w="12240" w:h="15840"/>
      <w:pgMar w:top="1440" w:right="1183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910C1" w14:textId="77777777" w:rsidR="00981289" w:rsidRDefault="00981289" w:rsidP="0071230E">
      <w:pPr>
        <w:spacing w:after="0" w:line="240" w:lineRule="auto"/>
      </w:pPr>
      <w:r>
        <w:separator/>
      </w:r>
    </w:p>
  </w:endnote>
  <w:endnote w:type="continuationSeparator" w:id="0">
    <w:p w14:paraId="6364E7D6" w14:textId="77777777" w:rsidR="00981289" w:rsidRDefault="00981289" w:rsidP="00712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4ABE5" w14:textId="77777777" w:rsidR="00F80C06" w:rsidRDefault="00F80C0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69E94" w14:textId="77777777" w:rsidR="00F80C06" w:rsidRDefault="00F80C0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73CB3" w14:textId="77777777" w:rsidR="00F80C06" w:rsidRDefault="00F80C06">
    <w:pPr>
      <w:pStyle w:val="Zpa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556D6" w14:textId="77777777" w:rsidR="00F80C06" w:rsidRDefault="00F80C06">
    <w:pPr>
      <w:pStyle w:val="Zpa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E0B1A" w14:textId="77777777" w:rsidR="00F80C06" w:rsidRDefault="00F80C0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A0E48" w14:textId="77777777" w:rsidR="00981289" w:rsidRDefault="00981289" w:rsidP="0071230E">
      <w:pPr>
        <w:spacing w:after="0" w:line="240" w:lineRule="auto"/>
      </w:pPr>
      <w:r>
        <w:separator/>
      </w:r>
    </w:p>
  </w:footnote>
  <w:footnote w:type="continuationSeparator" w:id="0">
    <w:p w14:paraId="02C76BFC" w14:textId="77777777" w:rsidR="00981289" w:rsidRDefault="00981289" w:rsidP="0071230E">
      <w:pPr>
        <w:spacing w:after="0" w:line="240" w:lineRule="auto"/>
      </w:pPr>
      <w:r>
        <w:continuationSeparator/>
      </w:r>
    </w:p>
  </w:footnote>
  <w:footnote w:id="1">
    <w:p w14:paraId="140E1400" w14:textId="77777777" w:rsidR="00673388" w:rsidRPr="00086282" w:rsidRDefault="00673388" w:rsidP="00673388">
      <w:pPr>
        <w:pStyle w:val="Textpoznpodarou"/>
      </w:pPr>
      <w:r w:rsidRPr="00086282">
        <w:rPr>
          <w:rStyle w:val="Znakapoznpodarou"/>
        </w:rPr>
        <w:footnoteRef/>
      </w:r>
      <w:r w:rsidRPr="00086282">
        <w:t xml:space="preserve"> SEIFERTOVÁ, V. a kol. </w:t>
      </w:r>
      <w:r w:rsidRPr="00086282">
        <w:rPr>
          <w:i/>
        </w:rPr>
        <w:t xml:space="preserve">Průvodcovské činnosti. </w:t>
      </w:r>
      <w:r w:rsidRPr="00086282">
        <w:t>Praha: Grada, 2013. s. 12.</w:t>
      </w:r>
    </w:p>
  </w:footnote>
  <w:footnote w:id="2">
    <w:p w14:paraId="4DB7EF42" w14:textId="0118AA57" w:rsidR="006319C4" w:rsidRDefault="006319C4" w:rsidP="00440433">
      <w:pPr>
        <w:spacing w:after="0" w:line="240" w:lineRule="auto"/>
        <w:jc w:val="both"/>
      </w:pPr>
      <w:r w:rsidRPr="00086282">
        <w:rPr>
          <w:rStyle w:val="Znakapoznpodarou"/>
          <w:lang w:val="cs-CZ"/>
        </w:rPr>
        <w:footnoteRef/>
      </w:r>
      <w:r w:rsidRPr="00086282">
        <w:rPr>
          <w:lang w:val="cs-CZ"/>
        </w:rPr>
        <w:t xml:space="preserve"> </w:t>
      </w:r>
      <w:r w:rsidR="00440433" w:rsidRPr="00086282">
        <w:rPr>
          <w:rFonts w:ascii="Times New Roman" w:hAnsi="Times New Roman" w:cs="Times New Roman"/>
          <w:color w:val="212529"/>
          <w:sz w:val="20"/>
          <w:szCs w:val="20"/>
          <w:shd w:val="clear" w:color="auto" w:fill="FFFFFF"/>
          <w:lang w:val="cs-CZ"/>
        </w:rPr>
        <w:t>IDNES.CZ, ČTK. </w:t>
      </w:r>
      <w:r w:rsidR="00440433" w:rsidRPr="00086282">
        <w:rPr>
          <w:rFonts w:ascii="Times New Roman" w:hAnsi="Times New Roman" w:cs="Times New Roman"/>
          <w:i/>
          <w:iCs/>
          <w:color w:val="212529"/>
          <w:sz w:val="20"/>
          <w:szCs w:val="20"/>
          <w:shd w:val="clear" w:color="auto" w:fill="FFFFFF"/>
          <w:lang w:val="cs-CZ"/>
        </w:rPr>
        <w:t>Nobelovu cena jde vědcům za stavbu molekul jako lego pomocí „</w:t>
      </w:r>
      <w:proofErr w:type="spellStart"/>
      <w:r w:rsidR="00440433" w:rsidRPr="00086282">
        <w:rPr>
          <w:rFonts w:ascii="Times New Roman" w:hAnsi="Times New Roman" w:cs="Times New Roman"/>
          <w:i/>
          <w:iCs/>
          <w:color w:val="212529"/>
          <w:sz w:val="20"/>
          <w:szCs w:val="20"/>
          <w:shd w:val="clear" w:color="auto" w:fill="FFFFFF"/>
          <w:lang w:val="cs-CZ"/>
        </w:rPr>
        <w:t>click</w:t>
      </w:r>
      <w:proofErr w:type="spellEnd"/>
      <w:r w:rsidR="00440433" w:rsidRPr="00086282">
        <w:rPr>
          <w:rFonts w:ascii="Times New Roman" w:hAnsi="Times New Roman" w:cs="Times New Roman"/>
          <w:i/>
          <w:iCs/>
          <w:color w:val="212529"/>
          <w:sz w:val="20"/>
          <w:szCs w:val="20"/>
          <w:shd w:val="clear" w:color="auto" w:fill="FFFFFF"/>
          <w:lang w:val="cs-CZ"/>
        </w:rPr>
        <w:t>“ chemie</w:t>
      </w:r>
      <w:r w:rsidR="00440433" w:rsidRPr="00086282">
        <w:rPr>
          <w:rFonts w:ascii="Times New Roman" w:hAnsi="Times New Roman" w:cs="Times New Roman"/>
          <w:color w:val="212529"/>
          <w:sz w:val="20"/>
          <w:szCs w:val="20"/>
          <w:shd w:val="clear" w:color="auto" w:fill="FFFFFF"/>
          <w:lang w:val="cs-CZ"/>
        </w:rPr>
        <w:t>. Online. MAFRA, A.S. IDNES.cz. 2022. Dostupné z: </w:t>
      </w:r>
      <w:hyperlink r:id="rId1" w:history="1">
        <w:r w:rsidR="00440433" w:rsidRPr="00086282">
          <w:rPr>
            <w:rStyle w:val="Hypertextovodkaz"/>
            <w:rFonts w:ascii="Times New Roman" w:hAnsi="Times New Roman" w:cs="Times New Roman"/>
            <w:color w:val="FBA61C"/>
            <w:sz w:val="20"/>
            <w:szCs w:val="20"/>
            <w:u w:val="none"/>
            <w:shd w:val="clear" w:color="auto" w:fill="FFFFFF"/>
            <w:lang w:val="cs-CZ"/>
          </w:rPr>
          <w:t>https://www.idnes.cz/technet/veda/nobelova-cena-chemie-svedsko-oceneni-medaile.A221005_113429_zahranicni_dtt</w:t>
        </w:r>
      </w:hyperlink>
      <w:r w:rsidR="00440433" w:rsidRPr="00086282">
        <w:rPr>
          <w:rFonts w:ascii="Times New Roman" w:hAnsi="Times New Roman" w:cs="Times New Roman"/>
          <w:color w:val="212529"/>
          <w:sz w:val="20"/>
          <w:szCs w:val="20"/>
          <w:shd w:val="clear" w:color="auto" w:fill="FFFFFF"/>
          <w:lang w:val="cs-CZ"/>
        </w:rPr>
        <w:t>. [cit. 2026-07-08].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E2C3C" w14:textId="77777777" w:rsidR="00130F60" w:rsidRDefault="00130F60" w:rsidP="000C783D">
    <w:pPr>
      <w:pStyle w:val="Zhlav"/>
    </w:pPr>
  </w:p>
  <w:p w14:paraId="6EF3D475" w14:textId="66B452B1" w:rsidR="00130F60" w:rsidRPr="00320F99" w:rsidRDefault="00130F60" w:rsidP="000C783D">
    <w:pPr>
      <w:pStyle w:val="Zhlav"/>
      <w:ind w:left="1701"/>
      <w:rPr>
        <w:rFonts w:ascii="Arial" w:hAnsi="Arial" w:cs="Arial"/>
        <w:b/>
        <w:bCs/>
        <w:noProof/>
        <w:color w:val="393186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35EB07E3" wp14:editId="149A56BA">
          <wp:simplePos x="0" y="0"/>
          <wp:positionH relativeFrom="margin">
            <wp:posOffset>0</wp:posOffset>
          </wp:positionH>
          <wp:positionV relativeFrom="paragraph">
            <wp:posOffset>-156845</wp:posOffset>
          </wp:positionV>
          <wp:extent cx="981075" cy="970915"/>
          <wp:effectExtent l="0" t="0" r="9525" b="635"/>
          <wp:wrapNone/>
          <wp:docPr id="1347044629" name="Obrázek 3" descr="Obsah obrázku text, Písmo, kruh, log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Obsah obrázku text, Písmo, kruh, logo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09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20F99">
      <w:rPr>
        <w:rFonts w:ascii="Arial" w:hAnsi="Arial" w:cs="Arial"/>
        <w:b/>
        <w:bCs/>
        <w:noProof/>
        <w:color w:val="393186"/>
      </w:rPr>
      <w:t>Střední škola pedagogiky, cestovního ruchu a gastronomie Příbram,</w:t>
    </w:r>
    <w:r w:rsidR="00F0174D">
      <w:rPr>
        <w:rFonts w:ascii="Arial" w:hAnsi="Arial" w:cs="Arial"/>
        <w:b/>
        <w:bCs/>
        <w:noProof/>
        <w:color w:val="393186"/>
      </w:rPr>
      <w:t xml:space="preserve"> </w:t>
    </w:r>
    <w:r w:rsidRPr="00320F99">
      <w:rPr>
        <w:rFonts w:ascii="Arial" w:hAnsi="Arial" w:cs="Arial"/>
        <w:b/>
        <w:bCs/>
        <w:noProof/>
        <w:color w:val="393186"/>
      </w:rPr>
      <w:t>příspěvková organizace</w:t>
    </w:r>
    <w:r w:rsidRPr="00320F99">
      <w:rPr>
        <w:rFonts w:ascii="Arial" w:hAnsi="Arial" w:cs="Arial"/>
        <w:b/>
        <w:bCs/>
        <w:noProof/>
        <w:color w:val="393186"/>
      </w:rPr>
      <w:br/>
    </w:r>
    <w:r w:rsidRPr="00320F99">
      <w:rPr>
        <w:rFonts w:ascii="Arial" w:hAnsi="Arial" w:cs="Arial"/>
        <w:i/>
        <w:iCs/>
        <w:noProof/>
        <w:color w:val="393186"/>
      </w:rPr>
      <w:t>Gen. R. Tesaříka 114, 261 01 Příbram</w:t>
    </w:r>
    <w:r w:rsidRPr="00320F99">
      <w:rPr>
        <w:rFonts w:ascii="Arial" w:hAnsi="Arial" w:cs="Arial"/>
        <w:b/>
        <w:bCs/>
        <w:noProof/>
        <w:color w:val="393186"/>
      </w:rPr>
      <w:br/>
    </w:r>
    <w:r w:rsidRPr="00320F99">
      <w:rPr>
        <w:rFonts w:ascii="Arial" w:hAnsi="Arial" w:cs="Arial"/>
        <w:i/>
        <w:iCs/>
        <w:noProof/>
        <w:color w:val="393186"/>
      </w:rPr>
      <w:t>telefon: 318 623 742, 318 626 904, e</w:t>
    </w:r>
    <w:r>
      <w:rPr>
        <w:rFonts w:ascii="Arial" w:hAnsi="Arial" w:cs="Arial"/>
        <w:i/>
        <w:iCs/>
        <w:noProof/>
        <w:color w:val="393186"/>
      </w:rPr>
      <w:t>-</w:t>
    </w:r>
    <w:r w:rsidRPr="00320F99">
      <w:rPr>
        <w:rFonts w:ascii="Arial" w:hAnsi="Arial" w:cs="Arial"/>
        <w:i/>
        <w:iCs/>
        <w:noProof/>
        <w:color w:val="393186"/>
      </w:rPr>
      <w:t>mail: info@sspcg.cz</w:t>
    </w:r>
  </w:p>
  <w:p w14:paraId="1B2A8477" w14:textId="4ED99D42" w:rsidR="00130F60" w:rsidRDefault="00130F60" w:rsidP="000C783D">
    <w:pPr>
      <w:pStyle w:val="Zhlav"/>
    </w:pPr>
  </w:p>
  <w:p w14:paraId="3D32E780" w14:textId="77777777" w:rsidR="00A13860" w:rsidRDefault="00A13860" w:rsidP="000C783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DAD3D" w14:textId="44D1300D" w:rsidR="00130F60" w:rsidRPr="000D56F9" w:rsidRDefault="000D56F9" w:rsidP="000C783D">
    <w:pPr>
      <w:pStyle w:val="Zhlav"/>
      <w:rPr>
        <w:b/>
        <w:bCs/>
        <w:color w:val="EE0000"/>
        <w:lang w:val="cs-CZ"/>
      </w:rPr>
    </w:pPr>
    <w:r w:rsidRPr="000D56F9">
      <w:rPr>
        <w:b/>
        <w:bCs/>
        <w:color w:val="EE0000"/>
        <w:lang w:val="cs-CZ"/>
      </w:rPr>
      <w:t>Ukázka titulní strany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2B9F4" w14:textId="56A2EFED" w:rsidR="001D16A9" w:rsidRPr="000D56F9" w:rsidRDefault="001D16A9" w:rsidP="001D16A9">
    <w:pPr>
      <w:pStyle w:val="Zhlav"/>
      <w:rPr>
        <w:b/>
        <w:bCs/>
        <w:color w:val="EE0000"/>
        <w:lang w:val="cs-CZ"/>
      </w:rPr>
    </w:pPr>
    <w:r w:rsidRPr="000D56F9">
      <w:rPr>
        <w:b/>
        <w:bCs/>
        <w:color w:val="EE0000"/>
        <w:lang w:val="cs-CZ"/>
      </w:rPr>
      <w:t xml:space="preserve">Ukázka </w:t>
    </w:r>
    <w:r w:rsidR="006D5393">
      <w:rPr>
        <w:b/>
        <w:bCs/>
        <w:color w:val="EE0000"/>
        <w:lang w:val="cs-CZ"/>
      </w:rPr>
      <w:t>Č</w:t>
    </w:r>
    <w:r w:rsidR="00DA544F">
      <w:rPr>
        <w:b/>
        <w:bCs/>
        <w:color w:val="EE0000"/>
        <w:lang w:val="cs-CZ"/>
      </w:rPr>
      <w:t>estného prohlášení</w:t>
    </w:r>
    <w:r w:rsidR="002552DD">
      <w:rPr>
        <w:b/>
        <w:bCs/>
        <w:color w:val="EE0000"/>
        <w:lang w:val="cs-CZ"/>
      </w:rPr>
      <w:t xml:space="preserve"> + metodická poznámka</w:t>
    </w:r>
  </w:p>
  <w:p w14:paraId="0DCD219D" w14:textId="77777777" w:rsidR="0071230E" w:rsidRPr="0071230E" w:rsidRDefault="0071230E" w:rsidP="0071230E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896DF" w14:textId="5E2706F7" w:rsidR="00793C85" w:rsidRPr="0071230E" w:rsidRDefault="003D622D" w:rsidP="0071230E">
    <w:pPr>
      <w:pStyle w:val="Zhlav"/>
    </w:pPr>
    <w:r>
      <w:rPr>
        <w:b/>
        <w:bCs/>
        <w:color w:val="EE0000"/>
        <w:lang w:val="cs-CZ"/>
      </w:rPr>
      <w:t xml:space="preserve">Ukázka </w:t>
    </w:r>
    <w:r w:rsidR="006D5393">
      <w:rPr>
        <w:b/>
        <w:bCs/>
        <w:color w:val="EE0000"/>
        <w:lang w:val="cs-CZ"/>
      </w:rPr>
      <w:t>P</w:t>
    </w:r>
    <w:r w:rsidR="00592A38">
      <w:rPr>
        <w:b/>
        <w:bCs/>
        <w:color w:val="EE0000"/>
        <w:lang w:val="cs-CZ"/>
      </w:rPr>
      <w:t>oděkování</w:t>
    </w:r>
    <w:r w:rsidR="001C006A">
      <w:rPr>
        <w:b/>
        <w:bCs/>
        <w:color w:val="EE0000"/>
        <w:lang w:val="cs-CZ"/>
      </w:rPr>
      <w:t xml:space="preserve"> + metodická poznámka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5A28B" w14:textId="05F3C127" w:rsidR="00592A38" w:rsidRPr="0071230E" w:rsidRDefault="00592A38" w:rsidP="0071230E">
    <w:pPr>
      <w:pStyle w:val="Zhlav"/>
    </w:pPr>
    <w:r>
      <w:rPr>
        <w:b/>
        <w:bCs/>
        <w:color w:val="EE0000"/>
        <w:lang w:val="cs-CZ"/>
      </w:rPr>
      <w:t xml:space="preserve">Ukázka </w:t>
    </w:r>
    <w:r w:rsidR="006D5393">
      <w:rPr>
        <w:b/>
        <w:bCs/>
        <w:color w:val="EE0000"/>
        <w:lang w:val="cs-CZ"/>
      </w:rPr>
      <w:t>A</w:t>
    </w:r>
    <w:r>
      <w:rPr>
        <w:b/>
        <w:bCs/>
        <w:color w:val="EE0000"/>
        <w:lang w:val="cs-CZ"/>
      </w:rPr>
      <w:t>notace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AC89C" w14:textId="7636EAFF" w:rsidR="00592A38" w:rsidRPr="0071230E" w:rsidRDefault="006D5393" w:rsidP="0071230E">
    <w:pPr>
      <w:pStyle w:val="Zhlav"/>
    </w:pPr>
    <w:r>
      <w:rPr>
        <w:b/>
        <w:bCs/>
        <w:color w:val="EE0000"/>
        <w:lang w:val="cs-CZ"/>
      </w:rPr>
      <w:t>Ukázka vytvoření obsahu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BBF83" w14:textId="3DAC323A" w:rsidR="00E92A9D" w:rsidRPr="000D56F9" w:rsidRDefault="00E92A9D" w:rsidP="00E92A9D">
    <w:pPr>
      <w:pStyle w:val="Zhlav"/>
      <w:rPr>
        <w:b/>
        <w:bCs/>
        <w:color w:val="EE0000"/>
        <w:lang w:val="cs-CZ"/>
      </w:rPr>
    </w:pPr>
    <w:r w:rsidRPr="000D56F9">
      <w:rPr>
        <w:b/>
        <w:bCs/>
        <w:color w:val="EE0000"/>
        <w:lang w:val="cs-CZ"/>
      </w:rPr>
      <w:t xml:space="preserve">Ukázka </w:t>
    </w:r>
    <w:r>
      <w:rPr>
        <w:b/>
        <w:bCs/>
        <w:color w:val="EE0000"/>
        <w:lang w:val="cs-CZ"/>
      </w:rPr>
      <w:t>Seznamu ilustrací a tabulek + metodická poznámka</w:t>
    </w:r>
  </w:p>
  <w:p w14:paraId="62C485BE" w14:textId="77777777" w:rsidR="00E92A9D" w:rsidRPr="0071230E" w:rsidRDefault="00E92A9D" w:rsidP="0071230E">
    <w:pPr>
      <w:pStyle w:val="Zhlav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112B2" w14:textId="7F90AEFF" w:rsidR="00E70D3D" w:rsidRPr="000D56F9" w:rsidRDefault="00E70D3D" w:rsidP="00E92A9D">
    <w:pPr>
      <w:pStyle w:val="Zhlav"/>
      <w:rPr>
        <w:b/>
        <w:bCs/>
        <w:color w:val="EE0000"/>
        <w:lang w:val="cs-CZ"/>
      </w:rPr>
    </w:pPr>
    <w:r w:rsidRPr="000D56F9">
      <w:rPr>
        <w:b/>
        <w:bCs/>
        <w:color w:val="EE0000"/>
        <w:lang w:val="cs-CZ"/>
      </w:rPr>
      <w:t xml:space="preserve">Ukázka </w:t>
    </w:r>
    <w:r>
      <w:rPr>
        <w:b/>
        <w:bCs/>
        <w:color w:val="EE0000"/>
        <w:lang w:val="cs-CZ"/>
      </w:rPr>
      <w:t>tvorby nadpis</w:t>
    </w:r>
    <w:r w:rsidR="003472B3">
      <w:rPr>
        <w:b/>
        <w:bCs/>
        <w:color w:val="EE0000"/>
        <w:lang w:val="cs-CZ"/>
      </w:rPr>
      <w:t xml:space="preserve">u nad </w:t>
    </w:r>
    <w:r w:rsidR="00EA0076">
      <w:rPr>
        <w:b/>
        <w:bCs/>
        <w:color w:val="EE0000"/>
        <w:lang w:val="cs-CZ"/>
      </w:rPr>
      <w:t>tabulky/obrázky/</w:t>
    </w:r>
    <w:r w:rsidR="00524C92">
      <w:rPr>
        <w:b/>
        <w:bCs/>
        <w:color w:val="EE0000"/>
        <w:lang w:val="cs-CZ"/>
      </w:rPr>
      <w:t xml:space="preserve">grafy/mapy </w:t>
    </w:r>
    <w:r>
      <w:rPr>
        <w:b/>
        <w:bCs/>
        <w:color w:val="EE0000"/>
        <w:lang w:val="cs-CZ"/>
      </w:rPr>
      <w:t xml:space="preserve">+ </w:t>
    </w:r>
    <w:r w:rsidR="00FE102A">
      <w:rPr>
        <w:b/>
        <w:bCs/>
        <w:color w:val="EE0000"/>
        <w:lang w:val="cs-CZ"/>
      </w:rPr>
      <w:t>vytvoření seznamu</w:t>
    </w:r>
  </w:p>
  <w:p w14:paraId="27572722" w14:textId="77777777" w:rsidR="00E70D3D" w:rsidRPr="0071230E" w:rsidRDefault="00E70D3D" w:rsidP="0071230E">
    <w:pPr>
      <w:pStyle w:val="Zhlav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27D68" w14:textId="64316B58" w:rsidR="004205A3" w:rsidRPr="0071230E" w:rsidRDefault="004205A3" w:rsidP="0071230E">
    <w:pPr>
      <w:pStyle w:val="Zhlav"/>
    </w:pPr>
    <w:r>
      <w:rPr>
        <w:b/>
        <w:bCs/>
        <w:color w:val="EE0000"/>
        <w:lang w:val="cs-CZ"/>
      </w:rPr>
      <w:t>Jak na CITACE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BC42D" w14:textId="7A5EFDC3" w:rsidR="00BF7D40" w:rsidRPr="0071230E" w:rsidRDefault="00BF7D40" w:rsidP="0071230E">
    <w:pPr>
      <w:pStyle w:val="Zhlav"/>
    </w:pPr>
    <w:r>
      <w:rPr>
        <w:b/>
        <w:bCs/>
        <w:color w:val="EE0000"/>
        <w:lang w:val="cs-CZ"/>
      </w:rPr>
      <w:t xml:space="preserve">Ukázka </w:t>
    </w:r>
    <w:r w:rsidR="00793783">
      <w:rPr>
        <w:b/>
        <w:bCs/>
        <w:color w:val="EE0000"/>
        <w:lang w:val="cs-CZ"/>
      </w:rPr>
      <w:t>Seznamu použité literatury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423AA2"/>
    <w:multiLevelType w:val="hybridMultilevel"/>
    <w:tmpl w:val="83944072"/>
    <w:lvl w:ilvl="0" w:tplc="A2DAECB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b/>
        <w:i w:val="0"/>
        <w:sz w:val="3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2C612C7"/>
    <w:multiLevelType w:val="hybridMultilevel"/>
    <w:tmpl w:val="5498B52E"/>
    <w:lvl w:ilvl="0" w:tplc="0FEE638A">
      <w:start w:val="6"/>
      <w:numFmt w:val="bullet"/>
      <w:lvlText w:val="-"/>
      <w:lvlJc w:val="left"/>
      <w:pPr>
        <w:ind w:left="360" w:hanging="360"/>
      </w:pPr>
      <w:rPr>
        <w:rFonts w:ascii="Arial" w:hAnsi="Arial" w:hint="default"/>
        <w:b w:val="0"/>
        <w:i w:val="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B8C3ABB"/>
    <w:multiLevelType w:val="hybridMultilevel"/>
    <w:tmpl w:val="5D60B5CC"/>
    <w:lvl w:ilvl="0" w:tplc="0FEE638A">
      <w:start w:val="6"/>
      <w:numFmt w:val="bullet"/>
      <w:lvlText w:val="-"/>
      <w:lvlJc w:val="left"/>
      <w:pPr>
        <w:ind w:left="360" w:hanging="360"/>
      </w:pPr>
      <w:rPr>
        <w:rFonts w:ascii="Arial" w:hAnsi="Arial" w:hint="default"/>
        <w:b w:val="0"/>
        <w:i w:val="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C4432BB"/>
    <w:multiLevelType w:val="hybridMultilevel"/>
    <w:tmpl w:val="F59E51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5B547A"/>
    <w:multiLevelType w:val="hybridMultilevel"/>
    <w:tmpl w:val="9E0CDE0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B115F4"/>
    <w:multiLevelType w:val="hybridMultilevel"/>
    <w:tmpl w:val="99E698D6"/>
    <w:lvl w:ilvl="0" w:tplc="0FEE638A">
      <w:start w:val="6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A505C0"/>
    <w:multiLevelType w:val="hybridMultilevel"/>
    <w:tmpl w:val="75887BCE"/>
    <w:lvl w:ilvl="0" w:tplc="0FEE638A">
      <w:start w:val="6"/>
      <w:numFmt w:val="bullet"/>
      <w:lvlText w:val="-"/>
      <w:lvlJc w:val="left"/>
      <w:pPr>
        <w:ind w:left="360" w:hanging="360"/>
      </w:pPr>
      <w:rPr>
        <w:rFonts w:ascii="Arial" w:hAnsi="Arial" w:hint="default"/>
        <w:b w:val="0"/>
        <w:i w:val="0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1A390D"/>
    <w:multiLevelType w:val="hybridMultilevel"/>
    <w:tmpl w:val="B714EB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CA51F2"/>
    <w:multiLevelType w:val="hybridMultilevel"/>
    <w:tmpl w:val="C9B6DF5A"/>
    <w:lvl w:ilvl="0" w:tplc="0FEE638A">
      <w:start w:val="6"/>
      <w:numFmt w:val="bullet"/>
      <w:lvlText w:val="-"/>
      <w:lvlJc w:val="left"/>
      <w:pPr>
        <w:ind w:left="360" w:hanging="360"/>
      </w:pPr>
      <w:rPr>
        <w:rFonts w:ascii="Arial" w:hAnsi="Arial" w:hint="default"/>
        <w:b w:val="0"/>
        <w:i w:val="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4087AE2"/>
    <w:multiLevelType w:val="hybridMultilevel"/>
    <w:tmpl w:val="0A888040"/>
    <w:lvl w:ilvl="0" w:tplc="0FEE638A">
      <w:start w:val="6"/>
      <w:numFmt w:val="bullet"/>
      <w:lvlText w:val="-"/>
      <w:lvlJc w:val="left"/>
      <w:pPr>
        <w:ind w:left="360" w:hanging="360"/>
      </w:pPr>
      <w:rPr>
        <w:rFonts w:ascii="Arial" w:hAnsi="Arial" w:hint="default"/>
        <w:b w:val="0"/>
        <w:i w:val="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41F6576"/>
    <w:multiLevelType w:val="hybridMultilevel"/>
    <w:tmpl w:val="65EC89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376F93"/>
    <w:multiLevelType w:val="hybridMultilevel"/>
    <w:tmpl w:val="C0504EF4"/>
    <w:lvl w:ilvl="0" w:tplc="A000CD0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83A05A5"/>
    <w:multiLevelType w:val="hybridMultilevel"/>
    <w:tmpl w:val="59DE09D0"/>
    <w:lvl w:ilvl="0" w:tplc="0FEE638A">
      <w:start w:val="6"/>
      <w:numFmt w:val="bullet"/>
      <w:lvlText w:val="-"/>
      <w:lvlJc w:val="left"/>
      <w:pPr>
        <w:ind w:left="360" w:hanging="360"/>
      </w:pPr>
      <w:rPr>
        <w:rFonts w:ascii="Arial" w:hAnsi="Arial" w:hint="default"/>
        <w:b w:val="0"/>
        <w:i w:val="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B150F28"/>
    <w:multiLevelType w:val="hybridMultilevel"/>
    <w:tmpl w:val="A47A88AA"/>
    <w:lvl w:ilvl="0" w:tplc="0FEE638A">
      <w:start w:val="6"/>
      <w:numFmt w:val="bullet"/>
      <w:lvlText w:val="-"/>
      <w:lvlJc w:val="left"/>
      <w:pPr>
        <w:ind w:left="360" w:hanging="360"/>
      </w:pPr>
      <w:rPr>
        <w:rFonts w:ascii="Arial" w:hAnsi="Arial" w:hint="default"/>
        <w:b w:val="0"/>
        <w:i w:val="0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34D5BB1"/>
    <w:multiLevelType w:val="hybridMultilevel"/>
    <w:tmpl w:val="C23278F8"/>
    <w:lvl w:ilvl="0" w:tplc="0FEE638A">
      <w:start w:val="6"/>
      <w:numFmt w:val="bullet"/>
      <w:lvlText w:val="-"/>
      <w:lvlJc w:val="left"/>
      <w:pPr>
        <w:ind w:left="360" w:hanging="360"/>
      </w:pPr>
      <w:rPr>
        <w:rFonts w:ascii="Arial" w:hAnsi="Arial" w:hint="default"/>
        <w:b w:val="0"/>
        <w:i w:val="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6AB0E37"/>
    <w:multiLevelType w:val="hybridMultilevel"/>
    <w:tmpl w:val="EA205DF2"/>
    <w:lvl w:ilvl="0" w:tplc="0FEE638A">
      <w:start w:val="6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D3046D"/>
    <w:multiLevelType w:val="hybridMultilevel"/>
    <w:tmpl w:val="CDE8F8F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EBF64AF"/>
    <w:multiLevelType w:val="hybridMultilevel"/>
    <w:tmpl w:val="A792F4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0E3ADE"/>
    <w:multiLevelType w:val="hybridMultilevel"/>
    <w:tmpl w:val="2708AED2"/>
    <w:lvl w:ilvl="0" w:tplc="0FEE638A">
      <w:start w:val="6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7F7AF5"/>
    <w:multiLevelType w:val="hybridMultilevel"/>
    <w:tmpl w:val="C72A376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5B8595E"/>
    <w:multiLevelType w:val="hybridMultilevel"/>
    <w:tmpl w:val="75F01B1A"/>
    <w:lvl w:ilvl="0" w:tplc="0FEE638A">
      <w:start w:val="6"/>
      <w:numFmt w:val="bullet"/>
      <w:lvlText w:val="-"/>
      <w:lvlJc w:val="left"/>
      <w:pPr>
        <w:ind w:left="360" w:hanging="360"/>
      </w:pPr>
      <w:rPr>
        <w:rFonts w:ascii="Arial" w:hAnsi="Arial" w:hint="default"/>
        <w:b w:val="0"/>
        <w:i w:val="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6A164D2"/>
    <w:multiLevelType w:val="hybridMultilevel"/>
    <w:tmpl w:val="556EF314"/>
    <w:lvl w:ilvl="0" w:tplc="040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1" w15:restartNumberingAfterBreak="0">
    <w:nsid w:val="50494B98"/>
    <w:multiLevelType w:val="hybridMultilevel"/>
    <w:tmpl w:val="5ABA21D0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FEE638A">
      <w:start w:val="6"/>
      <w:numFmt w:val="bullet"/>
      <w:lvlText w:val="-"/>
      <w:lvlJc w:val="left"/>
      <w:pPr>
        <w:ind w:left="360" w:hanging="360"/>
      </w:pPr>
      <w:rPr>
        <w:rFonts w:ascii="Arial" w:hAnsi="Arial" w:hint="default"/>
        <w:b w:val="0"/>
        <w:i w:val="0"/>
      </w:rPr>
    </w:lvl>
    <w:lvl w:ilvl="2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A92BC7"/>
    <w:multiLevelType w:val="hybridMultilevel"/>
    <w:tmpl w:val="48CC224E"/>
    <w:lvl w:ilvl="0" w:tplc="0FEE638A">
      <w:start w:val="6"/>
      <w:numFmt w:val="bullet"/>
      <w:lvlText w:val="-"/>
      <w:lvlJc w:val="left"/>
      <w:pPr>
        <w:ind w:left="360" w:hanging="360"/>
      </w:pPr>
      <w:rPr>
        <w:rFonts w:ascii="Arial" w:hAnsi="Arial" w:hint="default"/>
        <w:b w:val="0"/>
        <w:i w:val="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7312131"/>
    <w:multiLevelType w:val="hybridMultilevel"/>
    <w:tmpl w:val="B41054EE"/>
    <w:lvl w:ilvl="0" w:tplc="0FEE638A">
      <w:start w:val="6"/>
      <w:numFmt w:val="bullet"/>
      <w:lvlText w:val="-"/>
      <w:lvlJc w:val="left"/>
      <w:pPr>
        <w:ind w:left="360" w:hanging="360"/>
      </w:pPr>
      <w:rPr>
        <w:rFonts w:ascii="Arial" w:hAnsi="Arial" w:hint="default"/>
        <w:b w:val="0"/>
        <w:i w:val="0"/>
      </w:rPr>
    </w:lvl>
    <w:lvl w:ilvl="1" w:tplc="040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8F957B6"/>
    <w:multiLevelType w:val="hybridMultilevel"/>
    <w:tmpl w:val="330CC456"/>
    <w:lvl w:ilvl="0" w:tplc="0FEE638A">
      <w:start w:val="6"/>
      <w:numFmt w:val="bullet"/>
      <w:lvlText w:val="-"/>
      <w:lvlJc w:val="left"/>
      <w:pPr>
        <w:ind w:left="360" w:hanging="360"/>
      </w:pPr>
      <w:rPr>
        <w:rFonts w:ascii="Arial" w:hAnsi="Arial" w:hint="default"/>
        <w:b w:val="0"/>
        <w:i w:val="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B130A85"/>
    <w:multiLevelType w:val="hybridMultilevel"/>
    <w:tmpl w:val="9092AC70"/>
    <w:lvl w:ilvl="0" w:tplc="0FEE638A">
      <w:start w:val="6"/>
      <w:numFmt w:val="bullet"/>
      <w:lvlText w:val="-"/>
      <w:lvlJc w:val="left"/>
      <w:pPr>
        <w:ind w:left="360" w:hanging="360"/>
      </w:pPr>
      <w:rPr>
        <w:rFonts w:ascii="Arial" w:hAnsi="Arial" w:hint="default"/>
        <w:b w:val="0"/>
        <w:i w:val="0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CA700C8"/>
    <w:multiLevelType w:val="multilevel"/>
    <w:tmpl w:val="564C13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0F950BA"/>
    <w:multiLevelType w:val="hybridMultilevel"/>
    <w:tmpl w:val="5D169AA0"/>
    <w:lvl w:ilvl="0" w:tplc="0FEE638A">
      <w:start w:val="6"/>
      <w:numFmt w:val="bullet"/>
      <w:lvlText w:val="-"/>
      <w:lvlJc w:val="left"/>
      <w:pPr>
        <w:ind w:left="360" w:hanging="360"/>
      </w:pPr>
      <w:rPr>
        <w:rFonts w:ascii="Arial" w:hAnsi="Arial" w:hint="default"/>
        <w:b w:val="0"/>
        <w:i w:val="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2335FA7"/>
    <w:multiLevelType w:val="hybridMultilevel"/>
    <w:tmpl w:val="9B884B40"/>
    <w:lvl w:ilvl="0" w:tplc="0FEE638A">
      <w:start w:val="6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B6612C"/>
    <w:multiLevelType w:val="hybridMultilevel"/>
    <w:tmpl w:val="24BA6BC0"/>
    <w:lvl w:ilvl="0" w:tplc="0FEE638A">
      <w:start w:val="6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DD4013"/>
    <w:multiLevelType w:val="hybridMultilevel"/>
    <w:tmpl w:val="645816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DD525F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42" w15:restartNumberingAfterBreak="0">
    <w:nsid w:val="7C2F6172"/>
    <w:multiLevelType w:val="hybridMultilevel"/>
    <w:tmpl w:val="3AEE22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6530026">
    <w:abstractNumId w:val="8"/>
  </w:num>
  <w:num w:numId="2" w16cid:durableId="1080954965">
    <w:abstractNumId w:val="6"/>
  </w:num>
  <w:num w:numId="3" w16cid:durableId="290482992">
    <w:abstractNumId w:val="5"/>
  </w:num>
  <w:num w:numId="4" w16cid:durableId="1083335930">
    <w:abstractNumId w:val="4"/>
  </w:num>
  <w:num w:numId="5" w16cid:durableId="256987984">
    <w:abstractNumId w:val="7"/>
  </w:num>
  <w:num w:numId="6" w16cid:durableId="87384250">
    <w:abstractNumId w:val="3"/>
  </w:num>
  <w:num w:numId="7" w16cid:durableId="1855682481">
    <w:abstractNumId w:val="2"/>
  </w:num>
  <w:num w:numId="8" w16cid:durableId="1047333444">
    <w:abstractNumId w:val="1"/>
  </w:num>
  <w:num w:numId="9" w16cid:durableId="1455127805">
    <w:abstractNumId w:val="0"/>
  </w:num>
  <w:num w:numId="10" w16cid:durableId="1088116145">
    <w:abstractNumId w:val="23"/>
  </w:num>
  <w:num w:numId="11" w16cid:durableId="542716814">
    <w:abstractNumId w:val="20"/>
  </w:num>
  <w:num w:numId="12" w16cid:durableId="1969430147">
    <w:abstractNumId w:val="30"/>
  </w:num>
  <w:num w:numId="13" w16cid:durableId="1033917912">
    <w:abstractNumId w:val="41"/>
  </w:num>
  <w:num w:numId="14" w16cid:durableId="346371566">
    <w:abstractNumId w:val="28"/>
  </w:num>
  <w:num w:numId="15" w16cid:durableId="1180192368">
    <w:abstractNumId w:val="31"/>
  </w:num>
  <w:num w:numId="16" w16cid:durableId="362905022">
    <w:abstractNumId w:val="18"/>
  </w:num>
  <w:num w:numId="17" w16cid:durableId="779185132">
    <w:abstractNumId w:val="12"/>
  </w:num>
  <w:num w:numId="18" w16cid:durableId="688413850">
    <w:abstractNumId w:val="22"/>
  </w:num>
  <w:num w:numId="19" w16cid:durableId="2095273329">
    <w:abstractNumId w:val="33"/>
  </w:num>
  <w:num w:numId="20" w16cid:durableId="1619608847">
    <w:abstractNumId w:val="13"/>
  </w:num>
  <w:num w:numId="21" w16cid:durableId="842404133">
    <w:abstractNumId w:val="9"/>
  </w:num>
  <w:num w:numId="22" w16cid:durableId="1563323721">
    <w:abstractNumId w:val="29"/>
  </w:num>
  <w:num w:numId="23" w16cid:durableId="375275550">
    <w:abstractNumId w:val="26"/>
  </w:num>
  <w:num w:numId="24" w16cid:durableId="1995914108">
    <w:abstractNumId w:val="14"/>
  </w:num>
  <w:num w:numId="25" w16cid:durableId="2000308263">
    <w:abstractNumId w:val="24"/>
  </w:num>
  <w:num w:numId="26" w16cid:durableId="895508275">
    <w:abstractNumId w:val="39"/>
  </w:num>
  <w:num w:numId="27" w16cid:durableId="1734501573">
    <w:abstractNumId w:val="16"/>
  </w:num>
  <w:num w:numId="28" w16cid:durableId="386422303">
    <w:abstractNumId w:val="10"/>
  </w:num>
  <w:num w:numId="29" w16cid:durableId="782192089">
    <w:abstractNumId w:val="40"/>
  </w:num>
  <w:num w:numId="30" w16cid:durableId="1632592498">
    <w:abstractNumId w:val="35"/>
  </w:num>
  <w:num w:numId="31" w16cid:durableId="1177889865">
    <w:abstractNumId w:val="25"/>
  </w:num>
  <w:num w:numId="32" w16cid:durableId="1370838269">
    <w:abstractNumId w:val="17"/>
  </w:num>
  <w:num w:numId="33" w16cid:durableId="137648905">
    <w:abstractNumId w:val="21"/>
  </w:num>
  <w:num w:numId="34" w16cid:durableId="880677704">
    <w:abstractNumId w:val="32"/>
  </w:num>
  <w:num w:numId="35" w16cid:durableId="364522857">
    <w:abstractNumId w:val="27"/>
  </w:num>
  <w:num w:numId="36" w16cid:durableId="373122447">
    <w:abstractNumId w:val="34"/>
  </w:num>
  <w:num w:numId="37" w16cid:durableId="1152600169">
    <w:abstractNumId w:val="15"/>
  </w:num>
  <w:num w:numId="38" w16cid:durableId="1483037138">
    <w:abstractNumId w:val="11"/>
  </w:num>
  <w:num w:numId="39" w16cid:durableId="1577127602">
    <w:abstractNumId w:val="37"/>
  </w:num>
  <w:num w:numId="40" w16cid:durableId="398208349">
    <w:abstractNumId w:val="38"/>
  </w:num>
  <w:num w:numId="41" w16cid:durableId="1271595550">
    <w:abstractNumId w:val="19"/>
  </w:num>
  <w:num w:numId="42" w16cid:durableId="1340036212">
    <w:abstractNumId w:val="42"/>
  </w:num>
  <w:num w:numId="43" w16cid:durableId="33785462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2E3"/>
    <w:rsid w:val="00013FCE"/>
    <w:rsid w:val="00022CA8"/>
    <w:rsid w:val="00033D8D"/>
    <w:rsid w:val="00034616"/>
    <w:rsid w:val="00046F14"/>
    <w:rsid w:val="00055A50"/>
    <w:rsid w:val="0006063C"/>
    <w:rsid w:val="00071C71"/>
    <w:rsid w:val="000809A4"/>
    <w:rsid w:val="00080BC4"/>
    <w:rsid w:val="00086282"/>
    <w:rsid w:val="0009123C"/>
    <w:rsid w:val="000964A7"/>
    <w:rsid w:val="000A402C"/>
    <w:rsid w:val="000D012F"/>
    <w:rsid w:val="000D10A0"/>
    <w:rsid w:val="000D56F9"/>
    <w:rsid w:val="000E548F"/>
    <w:rsid w:val="000F340F"/>
    <w:rsid w:val="000F4864"/>
    <w:rsid w:val="000F54B7"/>
    <w:rsid w:val="0010546B"/>
    <w:rsid w:val="001075B8"/>
    <w:rsid w:val="00111060"/>
    <w:rsid w:val="001153A3"/>
    <w:rsid w:val="00120485"/>
    <w:rsid w:val="00126C3F"/>
    <w:rsid w:val="00130F60"/>
    <w:rsid w:val="001323B0"/>
    <w:rsid w:val="00132496"/>
    <w:rsid w:val="0015074B"/>
    <w:rsid w:val="00163992"/>
    <w:rsid w:val="00166876"/>
    <w:rsid w:val="00166C7E"/>
    <w:rsid w:val="001768F9"/>
    <w:rsid w:val="00177F65"/>
    <w:rsid w:val="001873DF"/>
    <w:rsid w:val="001A09C9"/>
    <w:rsid w:val="001A0AC4"/>
    <w:rsid w:val="001C006A"/>
    <w:rsid w:val="001C0F04"/>
    <w:rsid w:val="001D16A9"/>
    <w:rsid w:val="001D3D4D"/>
    <w:rsid w:val="001D7B35"/>
    <w:rsid w:val="001E2706"/>
    <w:rsid w:val="001E768F"/>
    <w:rsid w:val="001F0D56"/>
    <w:rsid w:val="002041ED"/>
    <w:rsid w:val="00210573"/>
    <w:rsid w:val="00226531"/>
    <w:rsid w:val="00226BA7"/>
    <w:rsid w:val="0024299D"/>
    <w:rsid w:val="002436D5"/>
    <w:rsid w:val="002468EC"/>
    <w:rsid w:val="00250AD5"/>
    <w:rsid w:val="00252C59"/>
    <w:rsid w:val="002552DD"/>
    <w:rsid w:val="00263208"/>
    <w:rsid w:val="00263B3F"/>
    <w:rsid w:val="00266202"/>
    <w:rsid w:val="00272057"/>
    <w:rsid w:val="002900DA"/>
    <w:rsid w:val="0029639D"/>
    <w:rsid w:val="00296EBF"/>
    <w:rsid w:val="002B05BA"/>
    <w:rsid w:val="002B1244"/>
    <w:rsid w:val="00303F17"/>
    <w:rsid w:val="003129F0"/>
    <w:rsid w:val="003210CA"/>
    <w:rsid w:val="00326F90"/>
    <w:rsid w:val="003338F2"/>
    <w:rsid w:val="00337DA2"/>
    <w:rsid w:val="00337E05"/>
    <w:rsid w:val="00341A10"/>
    <w:rsid w:val="003472B3"/>
    <w:rsid w:val="0035772F"/>
    <w:rsid w:val="00364E3A"/>
    <w:rsid w:val="0037633B"/>
    <w:rsid w:val="00386913"/>
    <w:rsid w:val="003A60BD"/>
    <w:rsid w:val="003B1E43"/>
    <w:rsid w:val="003B48EC"/>
    <w:rsid w:val="003B5B10"/>
    <w:rsid w:val="003B7BD6"/>
    <w:rsid w:val="003C5393"/>
    <w:rsid w:val="003C7B2D"/>
    <w:rsid w:val="003D0897"/>
    <w:rsid w:val="003D622D"/>
    <w:rsid w:val="004103F8"/>
    <w:rsid w:val="00411259"/>
    <w:rsid w:val="0041193F"/>
    <w:rsid w:val="00414E18"/>
    <w:rsid w:val="004205A3"/>
    <w:rsid w:val="00422684"/>
    <w:rsid w:val="00423CB1"/>
    <w:rsid w:val="00426673"/>
    <w:rsid w:val="004266F3"/>
    <w:rsid w:val="00426C54"/>
    <w:rsid w:val="004343C8"/>
    <w:rsid w:val="00440006"/>
    <w:rsid w:val="00440433"/>
    <w:rsid w:val="00446945"/>
    <w:rsid w:val="00473862"/>
    <w:rsid w:val="00475095"/>
    <w:rsid w:val="00487389"/>
    <w:rsid w:val="004B1280"/>
    <w:rsid w:val="004C1F37"/>
    <w:rsid w:val="004D2634"/>
    <w:rsid w:val="004E52D2"/>
    <w:rsid w:val="004F430B"/>
    <w:rsid w:val="00502C2F"/>
    <w:rsid w:val="00507F59"/>
    <w:rsid w:val="005148F1"/>
    <w:rsid w:val="005158F3"/>
    <w:rsid w:val="00521924"/>
    <w:rsid w:val="00524C92"/>
    <w:rsid w:val="005430DA"/>
    <w:rsid w:val="00545A36"/>
    <w:rsid w:val="0055090F"/>
    <w:rsid w:val="00556A09"/>
    <w:rsid w:val="00564E2B"/>
    <w:rsid w:val="00567553"/>
    <w:rsid w:val="005826A2"/>
    <w:rsid w:val="00584ECF"/>
    <w:rsid w:val="0058665C"/>
    <w:rsid w:val="00590711"/>
    <w:rsid w:val="00590863"/>
    <w:rsid w:val="00592A38"/>
    <w:rsid w:val="005A1916"/>
    <w:rsid w:val="005A51CC"/>
    <w:rsid w:val="005B1127"/>
    <w:rsid w:val="005B4A70"/>
    <w:rsid w:val="005D4D07"/>
    <w:rsid w:val="005E071A"/>
    <w:rsid w:val="005F0A7D"/>
    <w:rsid w:val="00600190"/>
    <w:rsid w:val="006156BD"/>
    <w:rsid w:val="00616362"/>
    <w:rsid w:val="0061718A"/>
    <w:rsid w:val="006239B8"/>
    <w:rsid w:val="00624687"/>
    <w:rsid w:val="006303D3"/>
    <w:rsid w:val="006319C4"/>
    <w:rsid w:val="00642FD7"/>
    <w:rsid w:val="00654645"/>
    <w:rsid w:val="006629A4"/>
    <w:rsid w:val="006640A2"/>
    <w:rsid w:val="00673388"/>
    <w:rsid w:val="00676F39"/>
    <w:rsid w:val="006817C1"/>
    <w:rsid w:val="00691382"/>
    <w:rsid w:val="00695568"/>
    <w:rsid w:val="00695724"/>
    <w:rsid w:val="00696984"/>
    <w:rsid w:val="006A65F3"/>
    <w:rsid w:val="006C36CF"/>
    <w:rsid w:val="006C54D3"/>
    <w:rsid w:val="006D0589"/>
    <w:rsid w:val="006D10FC"/>
    <w:rsid w:val="006D18AB"/>
    <w:rsid w:val="006D5393"/>
    <w:rsid w:val="006D5773"/>
    <w:rsid w:val="006E3885"/>
    <w:rsid w:val="006F5B86"/>
    <w:rsid w:val="00700530"/>
    <w:rsid w:val="007017F0"/>
    <w:rsid w:val="00704420"/>
    <w:rsid w:val="007050C1"/>
    <w:rsid w:val="00705E56"/>
    <w:rsid w:val="00707C27"/>
    <w:rsid w:val="0071230E"/>
    <w:rsid w:val="00717301"/>
    <w:rsid w:val="00726C8E"/>
    <w:rsid w:val="00730B10"/>
    <w:rsid w:val="00734799"/>
    <w:rsid w:val="00745769"/>
    <w:rsid w:val="00747BE4"/>
    <w:rsid w:val="007537A3"/>
    <w:rsid w:val="00753B17"/>
    <w:rsid w:val="00754E54"/>
    <w:rsid w:val="00756762"/>
    <w:rsid w:val="00764E50"/>
    <w:rsid w:val="00766D36"/>
    <w:rsid w:val="007728B8"/>
    <w:rsid w:val="007804B0"/>
    <w:rsid w:val="007818F9"/>
    <w:rsid w:val="007920A7"/>
    <w:rsid w:val="00793725"/>
    <w:rsid w:val="00793783"/>
    <w:rsid w:val="00793C85"/>
    <w:rsid w:val="00797073"/>
    <w:rsid w:val="007A4856"/>
    <w:rsid w:val="007A5383"/>
    <w:rsid w:val="007B2AAA"/>
    <w:rsid w:val="007B4131"/>
    <w:rsid w:val="007C166D"/>
    <w:rsid w:val="007C5C28"/>
    <w:rsid w:val="007C5EBD"/>
    <w:rsid w:val="007C6F04"/>
    <w:rsid w:val="007D52C9"/>
    <w:rsid w:val="00800671"/>
    <w:rsid w:val="00813AE2"/>
    <w:rsid w:val="00826B66"/>
    <w:rsid w:val="00827292"/>
    <w:rsid w:val="00832A26"/>
    <w:rsid w:val="008364DC"/>
    <w:rsid w:val="008411C4"/>
    <w:rsid w:val="00845A6E"/>
    <w:rsid w:val="008503D0"/>
    <w:rsid w:val="00863853"/>
    <w:rsid w:val="00867049"/>
    <w:rsid w:val="00871BEB"/>
    <w:rsid w:val="00876A35"/>
    <w:rsid w:val="00877A7A"/>
    <w:rsid w:val="00882CBA"/>
    <w:rsid w:val="008A7A25"/>
    <w:rsid w:val="008B30A7"/>
    <w:rsid w:val="008B58C8"/>
    <w:rsid w:val="008D03F2"/>
    <w:rsid w:val="008D528B"/>
    <w:rsid w:val="008D5872"/>
    <w:rsid w:val="008D6F15"/>
    <w:rsid w:val="008D7BF1"/>
    <w:rsid w:val="008E3531"/>
    <w:rsid w:val="008E3553"/>
    <w:rsid w:val="008E7E6D"/>
    <w:rsid w:val="008F0987"/>
    <w:rsid w:val="009012C8"/>
    <w:rsid w:val="00901B78"/>
    <w:rsid w:val="00907C41"/>
    <w:rsid w:val="009125B4"/>
    <w:rsid w:val="00923617"/>
    <w:rsid w:val="00926B38"/>
    <w:rsid w:val="00931CCA"/>
    <w:rsid w:val="00933D88"/>
    <w:rsid w:val="009429D5"/>
    <w:rsid w:val="009541E4"/>
    <w:rsid w:val="0096283C"/>
    <w:rsid w:val="00965D6A"/>
    <w:rsid w:val="00966D27"/>
    <w:rsid w:val="009707E2"/>
    <w:rsid w:val="009723A2"/>
    <w:rsid w:val="00974629"/>
    <w:rsid w:val="00975DFB"/>
    <w:rsid w:val="00976679"/>
    <w:rsid w:val="00980D82"/>
    <w:rsid w:val="00981289"/>
    <w:rsid w:val="009873B3"/>
    <w:rsid w:val="00987F31"/>
    <w:rsid w:val="009920D4"/>
    <w:rsid w:val="009A39B7"/>
    <w:rsid w:val="009A3F3A"/>
    <w:rsid w:val="009A456C"/>
    <w:rsid w:val="009A5050"/>
    <w:rsid w:val="009C1132"/>
    <w:rsid w:val="009D2EF2"/>
    <w:rsid w:val="009D5F86"/>
    <w:rsid w:val="009E73A6"/>
    <w:rsid w:val="00A005D5"/>
    <w:rsid w:val="00A07FB5"/>
    <w:rsid w:val="00A13860"/>
    <w:rsid w:val="00A13E19"/>
    <w:rsid w:val="00A26886"/>
    <w:rsid w:val="00A32F5A"/>
    <w:rsid w:val="00A37696"/>
    <w:rsid w:val="00A435B7"/>
    <w:rsid w:val="00A72CC8"/>
    <w:rsid w:val="00A75ED7"/>
    <w:rsid w:val="00A8145C"/>
    <w:rsid w:val="00A92379"/>
    <w:rsid w:val="00A9277E"/>
    <w:rsid w:val="00A93FAF"/>
    <w:rsid w:val="00AA1D8D"/>
    <w:rsid w:val="00AB6407"/>
    <w:rsid w:val="00AC33D2"/>
    <w:rsid w:val="00AD4859"/>
    <w:rsid w:val="00AE3602"/>
    <w:rsid w:val="00AE52AA"/>
    <w:rsid w:val="00AE5780"/>
    <w:rsid w:val="00AF2486"/>
    <w:rsid w:val="00AF37C9"/>
    <w:rsid w:val="00AF7CC6"/>
    <w:rsid w:val="00B02585"/>
    <w:rsid w:val="00B0325A"/>
    <w:rsid w:val="00B144C2"/>
    <w:rsid w:val="00B15AD6"/>
    <w:rsid w:val="00B163FB"/>
    <w:rsid w:val="00B16FE5"/>
    <w:rsid w:val="00B25681"/>
    <w:rsid w:val="00B313BB"/>
    <w:rsid w:val="00B34776"/>
    <w:rsid w:val="00B366CA"/>
    <w:rsid w:val="00B4327B"/>
    <w:rsid w:val="00B44F23"/>
    <w:rsid w:val="00B465E4"/>
    <w:rsid w:val="00B47730"/>
    <w:rsid w:val="00B47817"/>
    <w:rsid w:val="00B66900"/>
    <w:rsid w:val="00B67C8B"/>
    <w:rsid w:val="00B703C1"/>
    <w:rsid w:val="00B71E08"/>
    <w:rsid w:val="00B83684"/>
    <w:rsid w:val="00B85C45"/>
    <w:rsid w:val="00B86980"/>
    <w:rsid w:val="00BB1607"/>
    <w:rsid w:val="00BC1D04"/>
    <w:rsid w:val="00BC4711"/>
    <w:rsid w:val="00BD493E"/>
    <w:rsid w:val="00BD617B"/>
    <w:rsid w:val="00BF7D40"/>
    <w:rsid w:val="00C0053C"/>
    <w:rsid w:val="00C04BD7"/>
    <w:rsid w:val="00C10F0B"/>
    <w:rsid w:val="00C1630D"/>
    <w:rsid w:val="00C23BAD"/>
    <w:rsid w:val="00C273E0"/>
    <w:rsid w:val="00C3014F"/>
    <w:rsid w:val="00C341A2"/>
    <w:rsid w:val="00C44D70"/>
    <w:rsid w:val="00C74D97"/>
    <w:rsid w:val="00C80BD6"/>
    <w:rsid w:val="00C815E7"/>
    <w:rsid w:val="00C857DC"/>
    <w:rsid w:val="00C926B4"/>
    <w:rsid w:val="00C93D6C"/>
    <w:rsid w:val="00CA2949"/>
    <w:rsid w:val="00CA45C8"/>
    <w:rsid w:val="00CA70E6"/>
    <w:rsid w:val="00CA7BEE"/>
    <w:rsid w:val="00CB0664"/>
    <w:rsid w:val="00CB0972"/>
    <w:rsid w:val="00CB3BE4"/>
    <w:rsid w:val="00CB5F11"/>
    <w:rsid w:val="00CC20D9"/>
    <w:rsid w:val="00CC6F24"/>
    <w:rsid w:val="00CD172A"/>
    <w:rsid w:val="00CD1860"/>
    <w:rsid w:val="00CF2A14"/>
    <w:rsid w:val="00D13A2A"/>
    <w:rsid w:val="00D16BF1"/>
    <w:rsid w:val="00D1745C"/>
    <w:rsid w:val="00D32379"/>
    <w:rsid w:val="00D445C8"/>
    <w:rsid w:val="00D5645E"/>
    <w:rsid w:val="00D752F3"/>
    <w:rsid w:val="00D76758"/>
    <w:rsid w:val="00D77103"/>
    <w:rsid w:val="00DA312D"/>
    <w:rsid w:val="00DA544F"/>
    <w:rsid w:val="00DE4F4E"/>
    <w:rsid w:val="00DF0B74"/>
    <w:rsid w:val="00DF7B6A"/>
    <w:rsid w:val="00E0456B"/>
    <w:rsid w:val="00E22862"/>
    <w:rsid w:val="00E27F02"/>
    <w:rsid w:val="00E3351E"/>
    <w:rsid w:val="00E42C04"/>
    <w:rsid w:val="00E43DCB"/>
    <w:rsid w:val="00E567A4"/>
    <w:rsid w:val="00E61E23"/>
    <w:rsid w:val="00E70D3D"/>
    <w:rsid w:val="00E86E9F"/>
    <w:rsid w:val="00E92A9D"/>
    <w:rsid w:val="00EA0076"/>
    <w:rsid w:val="00EA16D5"/>
    <w:rsid w:val="00EA5D65"/>
    <w:rsid w:val="00EC6B26"/>
    <w:rsid w:val="00EC7786"/>
    <w:rsid w:val="00ED49F8"/>
    <w:rsid w:val="00ED5942"/>
    <w:rsid w:val="00ED5C8B"/>
    <w:rsid w:val="00EE4497"/>
    <w:rsid w:val="00EE618E"/>
    <w:rsid w:val="00EF1F5A"/>
    <w:rsid w:val="00EF32A0"/>
    <w:rsid w:val="00F0174D"/>
    <w:rsid w:val="00F16146"/>
    <w:rsid w:val="00F1630A"/>
    <w:rsid w:val="00F22975"/>
    <w:rsid w:val="00F23132"/>
    <w:rsid w:val="00F34656"/>
    <w:rsid w:val="00F40C24"/>
    <w:rsid w:val="00F45119"/>
    <w:rsid w:val="00F467D2"/>
    <w:rsid w:val="00F573FC"/>
    <w:rsid w:val="00F61E7A"/>
    <w:rsid w:val="00F701CE"/>
    <w:rsid w:val="00F80C06"/>
    <w:rsid w:val="00F80D80"/>
    <w:rsid w:val="00F95A3C"/>
    <w:rsid w:val="00F97082"/>
    <w:rsid w:val="00FA5131"/>
    <w:rsid w:val="00FA5C27"/>
    <w:rsid w:val="00FB1D10"/>
    <w:rsid w:val="00FB66EE"/>
    <w:rsid w:val="00FC3AAE"/>
    <w:rsid w:val="00FC693F"/>
    <w:rsid w:val="00FD3EC2"/>
    <w:rsid w:val="00FD5F66"/>
    <w:rsid w:val="00FE102A"/>
    <w:rsid w:val="00FE1113"/>
    <w:rsid w:val="00FE3260"/>
    <w:rsid w:val="00FF5142"/>
    <w:rsid w:val="3FFA226A"/>
    <w:rsid w:val="5CACC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3618D7"/>
  <w14:defaultImageDpi w14:val="300"/>
  <w15:docId w15:val="{10B49BC1-6DE0-4FC8-9010-2E22D812A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BC4711"/>
    <w:pPr>
      <w:keepNext/>
      <w:keepLines/>
      <w:numPr>
        <w:numId w:val="13"/>
      </w:numPr>
      <w:spacing w:before="480" w:after="0"/>
      <w:outlineLvl w:val="0"/>
    </w:pPr>
    <w:rPr>
      <w:rFonts w:ascii="Times New Roman" w:eastAsiaTheme="majorEastAsia" w:hAnsi="Times New Roman" w:cstheme="majorBidi"/>
      <w:b/>
      <w:bCs/>
      <w:sz w:val="3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numPr>
        <w:ilvl w:val="1"/>
        <w:numId w:val="13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numPr>
        <w:ilvl w:val="2"/>
        <w:numId w:val="13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numPr>
        <w:ilvl w:val="3"/>
        <w:numId w:val="13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numPr>
        <w:ilvl w:val="4"/>
        <w:numId w:val="13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numPr>
        <w:ilvl w:val="5"/>
        <w:numId w:val="1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numPr>
        <w:ilvl w:val="6"/>
        <w:numId w:val="1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numPr>
        <w:ilvl w:val="7"/>
        <w:numId w:val="13"/>
      </w:numPr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numPr>
        <w:ilvl w:val="8"/>
        <w:numId w:val="1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BC4711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lnweb">
    <w:name w:val="Normal (Web)"/>
    <w:basedOn w:val="Normln"/>
    <w:uiPriority w:val="99"/>
    <w:unhideWhenUsed/>
    <w:rsid w:val="007C6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FC3AAE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FC3AAE"/>
    <w:pPr>
      <w:spacing w:after="100"/>
      <w:ind w:left="220"/>
    </w:pPr>
  </w:style>
  <w:style w:type="character" w:styleId="Hypertextovodkaz">
    <w:name w:val="Hyperlink"/>
    <w:basedOn w:val="Standardnpsmoodstavce"/>
    <w:uiPriority w:val="99"/>
    <w:unhideWhenUsed/>
    <w:rsid w:val="00FC3AAE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50AD5"/>
    <w:rPr>
      <w:color w:val="605E5C"/>
      <w:shd w:val="clear" w:color="auto" w:fill="E1DFDD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733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73388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673388"/>
    <w:rPr>
      <w:vertAlign w:val="superscript"/>
    </w:rPr>
  </w:style>
  <w:style w:type="character" w:customStyle="1" w:styleId="NormlnbezodsazenChar">
    <w:name w:val="Normální bez odsazení Char"/>
    <w:basedOn w:val="Standardnpsmoodstavce"/>
    <w:link w:val="Normlnbezodsazen"/>
    <w:semiHidden/>
    <w:locked/>
    <w:rsid w:val="00B44F2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ormlnbezodsazen">
    <w:name w:val="Normální bez odsazení"/>
    <w:basedOn w:val="Normln"/>
    <w:link w:val="NormlnbezodsazenChar"/>
    <w:semiHidden/>
    <w:rsid w:val="00B44F23"/>
    <w:pPr>
      <w:suppressAutoHyphens/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eznamobrzk">
    <w:name w:val="table of figures"/>
    <w:basedOn w:val="Normln"/>
    <w:next w:val="Normln"/>
    <w:uiPriority w:val="99"/>
    <w:unhideWhenUsed/>
    <w:rsid w:val="003B7BD6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image" Target="media/image4.png"/><Relationship Id="rId26" Type="http://schemas.openxmlformats.org/officeDocument/2006/relationships/image" Target="media/image8.png"/><Relationship Id="rId39" Type="http://schemas.openxmlformats.org/officeDocument/2006/relationships/hyperlink" Target="https://chatgpt.com/" TargetMode="External"/><Relationship Id="rId21" Type="http://schemas.openxmlformats.org/officeDocument/2006/relationships/header" Target="header7.xml"/><Relationship Id="rId34" Type="http://schemas.openxmlformats.org/officeDocument/2006/relationships/header" Target="header9.xm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oter" Target="footer2.xml"/><Relationship Id="rId29" Type="http://schemas.openxmlformats.org/officeDocument/2006/relationships/image" Target="media/image9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6.png"/><Relationship Id="rId32" Type="http://schemas.openxmlformats.org/officeDocument/2006/relationships/hyperlink" Target="http://www.citace.com" TargetMode="External"/><Relationship Id="rId37" Type="http://schemas.openxmlformats.org/officeDocument/2006/relationships/hyperlink" Target="http://www.msmt.cz/file/35167_1_1" TargetMode="External"/><Relationship Id="rId40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image" Target="media/image5.png"/><Relationship Id="rId28" Type="http://schemas.openxmlformats.org/officeDocument/2006/relationships/footer" Target="footer4.xml"/><Relationship Id="rId36" Type="http://schemas.openxmlformats.org/officeDocument/2006/relationships/hyperlink" Target="https://www.czso.cz/csu/czso/%20promeny-vekoveho-slozeni-obyvatelstva-cr-2001-2050" TargetMode="External"/><Relationship Id="rId10" Type="http://schemas.openxmlformats.org/officeDocument/2006/relationships/header" Target="header1.xml"/><Relationship Id="rId19" Type="http://schemas.openxmlformats.org/officeDocument/2006/relationships/header" Target="header6.xml"/><Relationship Id="rId31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hyperlink" Target="https://www.citace.com/Vyklad-CSN-ISO-690-2022.pdf" TargetMode="External"/><Relationship Id="rId14" Type="http://schemas.openxmlformats.org/officeDocument/2006/relationships/header" Target="header4.xml"/><Relationship Id="rId22" Type="http://schemas.openxmlformats.org/officeDocument/2006/relationships/footer" Target="footer3.xml"/><Relationship Id="rId27" Type="http://schemas.openxmlformats.org/officeDocument/2006/relationships/header" Target="header8.xml"/><Relationship Id="rId30" Type="http://schemas.openxmlformats.org/officeDocument/2006/relationships/image" Target="media/image90.png"/><Relationship Id="rId35" Type="http://schemas.openxmlformats.org/officeDocument/2006/relationships/footer" Target="footer5.xml"/><Relationship Id="rId8" Type="http://schemas.openxmlformats.org/officeDocument/2006/relationships/hyperlink" Target="http://www.citace.com" TargetMode="External"/><Relationship Id="rId3" Type="http://schemas.openxmlformats.org/officeDocument/2006/relationships/styles" Target="styles.xml"/><Relationship Id="rId12" Type="http://schemas.openxmlformats.org/officeDocument/2006/relationships/header" Target="header2.xml"/><Relationship Id="rId17" Type="http://schemas.openxmlformats.org/officeDocument/2006/relationships/image" Target="media/image3.png"/><Relationship Id="rId25" Type="http://schemas.openxmlformats.org/officeDocument/2006/relationships/image" Target="media/image7.png"/><Relationship Id="rId33" Type="http://schemas.openxmlformats.org/officeDocument/2006/relationships/image" Target="media/image11.png"/><Relationship Id="rId38" Type="http://schemas.openxmlformats.org/officeDocument/2006/relationships/hyperlink" Target="https://www.idnes.cz/technet/veda/nobelova-cena-chemie-svedsko-oceneni-medaile.A221005_113429_zahranicni_dtt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dnes.cz/technet/veda/nobelova-cena-chemie-svedsko-oceneni-medaile.A221005_113429_zahranicni_dt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20</Pages>
  <Words>2310</Words>
  <Characters>13629</Characters>
  <Application>Microsoft Office Word</Application>
  <DocSecurity>0</DocSecurity>
  <Lines>113</Lines>
  <Paragraphs>31</Paragraphs>
  <ScaleCrop>false</ScaleCrop>
  <Manager/>
  <Company/>
  <LinksUpToDate>false</LinksUpToDate>
  <CharactersWithSpaces>15908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Ing. Věra Průšová</cp:lastModifiedBy>
  <cp:revision>112</cp:revision>
  <dcterms:created xsi:type="dcterms:W3CDTF">2026-09-06T20:29:00Z</dcterms:created>
  <dcterms:modified xsi:type="dcterms:W3CDTF">2026-09-21T11:52:00Z</dcterms:modified>
  <cp:category/>
</cp:coreProperties>
</file>